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报考空军招飞学生历年高频问题答疑（四）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2022-10-12</w:t>
      </w:r>
    </w:p>
    <w:p>
      <w:r>
        <w:rPr>
          <w:sz w:val="18"/>
        </w:rPr>
        <w:t>来源  南部战区空军招飞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https://eea.gd.gov.cn/dawenku/zcwj/content/post_4027658.html</w:t>
        </w:r>
      </w:hyperlink>
    </w:p>
    <w:p/>
    <w:p>
      <w:r>
        <w:t>2023年度空军招飞工作已正式启动</w:t>
      </w:r>
    </w:p>
    <w:p>
      <w:r>
        <w:t>为方便广大学生提前做好准备</w:t>
      </w:r>
    </w:p>
    <w:p>
      <w:r>
        <w:t>现将一些历年高频政治考核问题梳理解答</w:t>
      </w:r>
    </w:p>
    <w:p>
      <w:r>
        <w:t>以供参考</w:t>
      </w:r>
    </w:p>
    <w:p>
      <w:r>
        <w:t>什么是招飞政治考核？</w:t>
      </w:r>
    </w:p>
    <w:p>
      <w:r>
        <w:t>招飞政治考核由招飞机构同公安、国安、司法等有关部门，按照《军队征集和招录人员政治考核规定》，对招飞对象及其相关亲属政治思想、现实表现、主要经历和社会交往等情况进行核查，并判定是否符合招飞政治条件。</w:t>
      </w:r>
    </w:p>
    <w:p>
      <w:r>
        <w:t>招飞政治考核调查范围是什么、包括哪些亲属，主要内容有哪些？</w:t>
      </w:r>
    </w:p>
    <w:p>
      <w:r>
        <w:t>招飞政治考核调查对象包括招飞对象本人、家庭成员（父母和共同生活的兄弟姐妹、祖父母、外祖父母）、与本人关系密切的其他亲属（未共同生活的兄弟姐妹、祖父母、外祖父母，父母的兄弟姐妹，以及已婚兄弟姐妹的配偶、子女）;主要内容是上述人员的政治思想、现实表现、主要经历和社会交往等情况。</w:t>
      </w:r>
    </w:p>
    <w:p>
      <w:r>
        <w:t>招飞政治考核主要有哪些流程？</w:t>
      </w:r>
    </w:p>
    <w:p>
      <w:r>
        <w:t>招飞政治考核主要包括填报信息（初选合格后按招飞选拔中心要求填写政治考核登记表，参加复选时携带）、谈话了解（招飞机构工作人员和招飞对象谈话了解情况）、信息核查、走访调查、作出鉴定等环节。</w:t>
      </w:r>
    </w:p>
    <w:p>
      <w:r>
        <w:t>招飞对象如何配合招飞政治考核工作？</w:t>
      </w:r>
    </w:p>
    <w:p>
      <w:r>
        <w:t>招飞对象参加复选前，提前核准本人家庭成员（父母和共同生活的兄弟姐妹、祖父母、外祖父母）、与本人关系密切的其他亲属有关情况（姓名、工作单位、户籍和经常居住地地址、是否有违法犯罪记录等情况），谈话了解环节向政治考核工作人员如实反映。</w:t>
      </w:r>
    </w:p>
    <w:p>
      <w:r>
        <w:t>招飞政治考核需要到家里家访吗？</w:t>
      </w:r>
    </w:p>
    <w:p>
      <w:r>
        <w:t>招飞复选或定选合格学生，招飞机构工作人员将会同当地公安机关民警，到招飞对象家庭实地走访，具体时间以招飞机构工作人员通知为准，家访时招飞对象父母等家庭成员应当在场。</w:t>
      </w:r>
    </w:p>
    <w:p>
      <w:r>
        <w:t>招飞政治考核与军校招生政治考核是一回事吗，招飞政治考核不通过是否影响报考其他军校？</w:t>
      </w:r>
    </w:p>
    <w:p>
      <w:r>
        <w:t>招飞政治考核由招飞机构组织，军队和武警部队院校（除飞行专业外）招生政治考核由国防动员系统组织，两种考核实施主体、标准条件、环节流程各有不同，结论互不通用，招飞政治考核结论不通过不一定影响报考其他军校。</w:t>
      </w:r>
    </w:p>
    <w:p>
      <w:r>
        <w:t>学生本人曾经出国（境）能通过招飞政治考核吗？</w:t>
      </w:r>
    </w:p>
    <w:p>
      <w:r>
        <w:t>招飞对象本人仅持有护照（通行证）或因旅游、探亲、竞赛等原因短期出国（境）的一般对招飞政治考核结论没有影响。</w:t>
      </w:r>
    </w:p>
    <w:p>
      <w:r>
        <w:t>学生本人曾经改名对政治考核有无影响？</w:t>
      </w:r>
    </w:p>
    <w:p>
      <w:r>
        <w:t>招飞对象本人曾经改名对招飞政治考核结论没有影响，但在信息填报、谈话了解等环节需如实提供曾用名。</w:t>
      </w:r>
    </w:p>
    <w:p>
      <w:r>
        <w:t>学生亲属有违法犯罪记录能通过招飞政治考核吗？</w:t>
      </w:r>
    </w:p>
    <w:p>
      <w:r>
        <w:t>学生亲属有违法犯罪记录的，能否通过招飞政治考核要视具体情形而定，请及时咨询招飞选拔中心政治考核科工作人员。</w:t>
      </w:r>
    </w:p>
    <w:p>
      <w:r>
        <w:t>父母离婚能通过招飞政治考核吗？</w:t>
      </w:r>
    </w:p>
    <w:p>
      <w:r>
        <w:t>父母离婚对招飞政治考核结论没有影响。</w:t>
      </w:r>
    </w:p>
    <w:p>
      <w:r>
        <w:t>父母曾经是失信被执行人，现在已经解除，对政治考核有影响吗？</w:t>
      </w:r>
    </w:p>
    <w:p>
      <w:r>
        <w:t>父母曾经是失信被执行人，已经依法解除失信被执行人身份的，对招飞政治考核结论没有影响。</w:t>
      </w:r>
    </w:p>
    <w:p>
      <w:r>
        <w:t>招飞政治考核对学生父母的职业有要求吗？</w:t>
      </w:r>
    </w:p>
    <w:p>
      <w:r>
        <w:t>招飞政治考核对学生本人父母职业没有要求。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0276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