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公告</w:t>
      </w:r>
    </w:p>
    <w:p>
      <w:r>
        <w:rPr>
          <w:sz w:val="18"/>
        </w:rPr>
        <w:t>整理归属  广东省教育考试院</w:t>
      </w:r>
    </w:p>
    <w:p>
      <w:r>
        <w:rPr>
          <w:sz w:val="18"/>
        </w:rPr>
        <w:t>发布日期  2019-09-15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https://eea.gd.gov.cn/crgk/content/post_2603440.html</w:t>
        </w:r>
      </w:hyperlink>
    </w:p>
    <w:p/>
    <w:p>
      <w:r>
        <w:t>我省成人高考网上报名将于9月15日24:00截止，目前尚有部分考生没有完成交费。为让已经预报名的考生能够顺利报考，经研究，决定将成人高考网上交费时间延长到9月18日18:00止。延长期内，只接受已经在网上预报名的考生进行相片采集、交费等，不再接受网上报名。鉴于今年我省成人高考报名踊跃，部分地市特别是珠三角地区报考人数已经超过当地考点组考所能承受的上限，请广大考生根据各地考点及自身情况，及时调整报考地点进行报考。</w:t>
      </w:r>
    </w:p>
    <w:p>
      <w:r>
        <w:t>广东省教育考试院</w:t>
      </w:r>
    </w:p>
    <w:p>
      <w:r>
        <w:t>2019年9月15日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6034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