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给全国联招广东考区考生的温馨提醒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2026-05-22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https://eea.gd.gov.cn/lhzs/content/post_4900405.html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https://eea.gd.gov.cn/news/content/post_4900592.html</w:t>
        </w:r>
      </w:hyperlink>
    </w:p>
    <w:p/>
    <w:p>
      <w:r>
        <w:t>2026年普通高校联合招收华侨港澳台学生（以下简称全国联招）入学考试将于明后天（5月23、24日）举行。为确保考生顺利参加考试，现作如下温馨提醒：</w:t>
      </w:r>
    </w:p>
    <w:p>
      <w:r>
        <w:t>一、今年全国联招广东考区在广州及深圳共设五个考点，请考生务必看清本人准考证上的考试地点，不要因走错考点而耽误考试。</w:t>
      </w:r>
    </w:p>
    <w:p>
      <w:r>
        <w:t>二、请考生提前打印好准考证，准备好个人身份证件、必需的考试文具等物品。</w:t>
      </w:r>
    </w:p>
    <w:p>
      <w:r>
        <w:t>三、广东考区各考点均设有智能安检门、金属探测仪等设备进行违规物品检查。考生进入考试封闭区域时，须听从考点现场工作人员指挥有序进场，并自觉接受安检。除《准考证》、身份证件及必需的考试文具外，其余不允许带入考点的考生私人物品（包括不透明的水瓶、水杯等），按照考点要求统一存放。考生严禁携带具有发射或接收信息功能的设备（如手机、无线耳机、智能手表、智能眼镜、运动手环等）、电子存储记忆录放设备、计算器、涂改液、修正带等物品入场以及学习资料等物品进入考点。</w:t>
      </w:r>
    </w:p>
    <w:p>
      <w:r>
        <w:t>四、考点仅提供小件包裹寄存服务，考生请勿携带和存放贵重物品和大件行李，以免丢失或因存包耽误入场时间。</w:t>
      </w:r>
    </w:p>
    <w:p>
      <w:r>
        <w:t>五、请考生不要携带钥匙、磁卡、打火机等金属物品，避免穿戴含金属装饰的衣服和配饰（如手镯、项链、戒指，带金属扣的鞋帽、发卡等），以避免触发安检设备警报，影响正常入场考试。</w:t>
      </w:r>
    </w:p>
    <w:p>
      <w:r>
        <w:t>六、近期，广州及深圳地区天气多变，请考生提前熟悉出行路线，留意考试当天天气预报，预留足够时间，提前到达考点，并按指引存包、安检进场。</w:t>
      </w:r>
    </w:p>
    <w:p>
      <w:r>
        <w:t>祝各位考生顺利赴考、考出好成绩！</w:t>
      </w:r>
    </w:p>
    <w:p>
      <w:r>
        <w:t>联合招生办公室</w:t>
      </w:r>
    </w:p>
    <w:p>
      <w:r>
        <w:t>2026年5月22日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900405.html" TargetMode="External"/><Relationship Id="rId11" Type="http://schemas.openxmlformats.org/officeDocument/2006/relationships/hyperlink" Target="https://eea.gd.gov.cn/news/content/post_490059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