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372af6b3e968077c14b686bba5c0c6cb41dcf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372af6b3e968077c14b686bba5c0c6cb41dcf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