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https://szeb.sz.gov.cn/szzkw/zkcx/zxks/zkzy/zkcc/content/post_8948994.html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62c4abb95666ca279cc114a972dfb4ebcaf05d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62c4abb95666ca279cc114a972dfb4ebcaf05d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899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