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关于我市2022年1月高等教育自学考试补考安排的通告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https://szeb.sz.gov.cn/szzkw/zkgg/zkxx1/content/post_9844087.html</w:t>
        </w:r>
      </w:hyperlink>
    </w:p>
    <w:p/>
    <w:p>
      <w:r>
        <w:t>根据广东省教育考试院安排，我市2022年1月高等教育自学考试补考定于2022年7月9日—10日举行。受“0107”疫情影响停考的罗湖、龙岗两区考点考生安排在原考点参加考试；其他受“0107”疫情影响未能如期参加考试提出补考申请且审核通过的考生，安排在福田区考点参加考试。如有变动，将另行通知。</w:t>
      </w:r>
    </w:p>
    <w:p>
      <w:r>
        <w:t>后续有关事项请及时关注深圳招考网（https://szeb.sz.gov.cn/szzkw/）和深圳市招生考试办公室微信公众号。</w:t>
      </w:r>
    </w:p>
    <w:p>
      <w:r>
        <w:t>深圳市招生考试办公室</w:t>
      </w:r>
    </w:p>
    <w:p>
      <w:r>
        <w:t>2022年6月2日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84408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