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关于公布我省2022年普通高考举报电话的通知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https://eea.gd.gov.cn/tzgg/content/post_3943720.html</w:t>
        </w:r>
      </w:hyperlink>
    </w:p>
    <w:p/>
    <w:p>
      <w:r>
        <w:t>我省2022年普通高考将于6月7-9日举行，为严厉打击涉考违法活动，严肃考试纪律，维护考生合法权益，现公布省教育考试院及各地市普通高考违规违法举报电话。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单位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举报电话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开通时间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省教育考试院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020-38627866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6月1-26日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广州市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020-83868062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长期开通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韶关市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0751-8899968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0755-82181999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珠海市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0756-2124900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长期开通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汕头市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0754-88863455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5月26日-6月10日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佛山市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0757-83205073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6月1-15日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江门市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0750-3503935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长期开通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湛江市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0759-3339667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茂名市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0668-2277554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肇庆市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0758-2843139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惠州市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0752-2397288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长期开通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梅州市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0753-2180858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汕尾市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0660-3390696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河源市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0762-3386089</w:t>
              <w:br/>
              <w:t>0762-3386355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阳江市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0662-3333681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清远市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0763-3368625</w:t>
              <w:br/>
              <w:t>0763-3363583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长期开通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东莞市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0769-23126083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中山市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0760-89989282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长期开通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潮州市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0768-2805032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6月1-10日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21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揭阳市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0663-8724409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6月1-12日</w:t>
            </w:r>
          </w:p>
        </w:tc>
      </w:tr>
      <w:tr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22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云浮市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0766-8830608</w:t>
            </w:r>
          </w:p>
        </w:tc>
        <w:tc>
          <w:tcPr>
            <w:tcW w:type="dxa" w:w="25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长期开通</w:t>
            </w:r>
          </w:p>
        </w:tc>
      </w:tr>
    </w:tbl>
    <w:p/>
    <w:p>
      <w:r>
        <w:t>广东省教育考试院</w:t>
      </w:r>
    </w:p>
    <w:p>
      <w:r>
        <w:t>2022年6月3日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4372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