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2022年广东省高等教育自学考试常见问题</w:t>
      </w:r>
    </w:p>
    <w:p>
      <w:r>
        <w:rPr>
          <w:sz w:val="18"/>
        </w:rPr>
        <w:t>整理归属  深圳市招生考试办公室</w:t>
      </w:r>
    </w:p>
    <w:p>
      <w:r>
        <w:rPr>
          <w:sz w:val="18"/>
        </w:rPr>
        <w:t>发布日期  2022-02-09</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https://szeb.sz.gov.cn/szzkw/zkgg/zkxx1/content/post_9559534.html</w:t>
        </w:r>
      </w:hyperlink>
    </w:p>
    <w:p/>
    <w:p>
      <w:r>
        <w:t>1.如何了解广东省自学考试各专业中各门课程的考试安排？</w:t>
      </w:r>
    </w:p>
    <w:p>
      <w:r>
        <w:t>广东省自学考试每年开考3次，分别为1月、4月、10月。广东省自考办将会提前公布下一年度各专业开考课程的考试时间安排，《广东省自学考试开考课程考试时间安排》可登录广东省教育考试院官网查询。</w:t>
      </w:r>
    </w:p>
    <w:p>
      <w:r>
        <w:t>2.自学考试的主考学校是什么？</w:t>
      </w:r>
    </w:p>
    <w:p>
      <w:r>
        <w:t>依据《高等教育自学考试暂行条例》规定，主考学校是担负部分自学考试职责的普通高等学校，由各省、自治区、直辖市/省区市/省（区、市）/省（自治区、直辖市）/省、区、市高等教育自学考试委员会（以下简称省考委）遴选并接受省考委的领导，协助省级教育考试机构开展专业和课程等相关的自学考试工作，包括参与课程设置及课程考试标准制定、参与命题和评卷、负责有关实践性学习环节的考核、在自学考试毕业证书上副署等。</w:t>
      </w:r>
    </w:p>
    <w:p>
      <w:r>
        <w:t>3.参加自学考试需要入学考试吗？</w:t>
      </w:r>
    </w:p>
    <w:p>
      <w:r>
        <w:t>自学考试学习方式灵活，实行宽进严出，不需要入学考试。</w:t>
      </w:r>
    </w:p>
    <w:p>
      <w:r>
        <w:t>4.了解广东省自学考试的官方渠道有哪些？</w:t>
      </w:r>
    </w:p>
    <w:p>
      <w:r>
        <w:t>广东省自学考试管理系统、广东省教育考试院官网、广东省教育考试院微信公众号以及各地级市招生考试的官方网站，主考学校（继续教育）官网。</w:t>
      </w:r>
    </w:p>
    <w:p>
      <w:r>
        <w:t>5.自学考试是否可以转考其他专业？有什么限制？</w:t>
      </w:r>
    </w:p>
    <w:p>
      <w:r>
        <w:t>自学考试实行学分累计制，考生报名时可按照自身需求选择适合专业，如需跨专业报考不需要再次进行报名，只需选择另一专业的课程继续报考参加考试，考试成绩合格的课程学分计入个人考籍档案。</w:t>
      </w:r>
    </w:p>
    <w:p>
      <w:r>
        <w:t>6.自学考试的学习形式有哪些？如何选择？</w:t>
      </w:r>
    </w:p>
    <w:p>
      <w:r>
        <w:t>考生进行自学考试的课程学习，可以使用学习资料进行自学，也可以参加由社会助学机构提供的面授或网络辅导教学。考生应根据自身条件和实际情况，权衡考虑选择学习形式。需特别提醒的是，在选择参加社会助学（包括网络助学）时，应选择具有教育行政部门批准的自学考试助学办学许可资质的机构，并仔细了解其教学服务实际情况，切勿轻信个别机构的诱导性不实宣传或承诺。</w:t>
      </w:r>
    </w:p>
    <w:p>
      <w:r>
        <w:t>7.自学考试如何选报合适的专业？</w:t>
      </w:r>
    </w:p>
    <w:p>
      <w:r>
        <w:t>考生可根据广东省自考办公布的开考专业、课程等情况，结合自身的工作、兴趣、文化层次、学习能力，选择专业报考。一般来说，无高等教育学历的考生应先报考专科专业，具有专科或专科以上层次学历证书的考生，可直接报考专升本专业。</w:t>
      </w:r>
    </w:p>
    <w:p>
      <w:r>
        <w:t>8.自学考试各专业的学科门类、专业大类、专业类是什么？</w:t>
      </w:r>
    </w:p>
    <w:p>
      <w:r>
        <w:t>考生可登录教育部官网查询《高等教育自学考试开考专业清单》，查阅各专业相关信息。</w:t>
      </w:r>
    </w:p>
    <w:p>
      <w:r>
        <w:t>9.广东省自学考试各门课程的教材如何选择与购买？</w:t>
      </w:r>
    </w:p>
    <w:p>
      <w:r>
        <w:t>广东省自考办每年公布的《广东省自学考试开考课程考试时间安排》相关附件中，会列明各门课程的使用教材。自学考试课程使用教材均为公开出版物，考生可通过各类线上或线下渠道自行购买。</w:t>
      </w:r>
    </w:p>
    <w:p>
      <w:r>
        <w:t>10.忘记自学考试管理系统登录密码如何找回？</w:t>
      </w:r>
    </w:p>
    <w:p>
      <w:r>
        <w:t>考生忘记本人自学考试管理系统登录密码的，可通过自学考试管理系统自带的密码找回功能自行找回密码。如因更换手机号码等原因无法找回的，可联系当地自学考试办公室协助找回密码。</w:t>
      </w:r>
    </w:p>
    <w:p>
      <w:r>
        <w:t>11.自学考试报考对年龄、学历是否有要求？</w:t>
      </w:r>
    </w:p>
    <w:p>
      <w:r>
        <w:t>根据《广东省自学考试实施细则》，凡在广东省境内居住和工作的中华人民共和国公民，不受性别、年龄、民族、种族和已受教育程度限制，均可按规定参加自学考试。港澳和台湾同胞、海外侨胞及外籍人士均可参加我省自学考试。</w:t>
      </w:r>
    </w:p>
    <w:p>
      <w:r>
        <w:t>12.自学考试不合格的课程能否参加下一次考试？</w:t>
      </w:r>
    </w:p>
    <w:p>
      <w:r>
        <w:t>根据《广东省自学考试实施细则》第二十条规定，考试不及格者不予补考，可参加该课程下一次的考试。</w:t>
      </w:r>
    </w:p>
    <w:p>
      <w:r>
        <w:t>13.如何获取当次自学考试的准考证？</w:t>
      </w:r>
    </w:p>
    <w:p>
      <w:r>
        <w:t>当次考试开始前10天考生可登录广东省自学考试管理系统或通过省考办公布的其他途径自行打印准考证。准考证须用普通A4纸打印，严禁擅自涂改。</w:t>
      </w:r>
    </w:p>
    <w:p>
      <w:r>
        <w:t>14.自学考试每年安排几次报名报考？</w:t>
      </w:r>
    </w:p>
    <w:p>
      <w:r>
        <w:t>目前，广东省自学考试每年安排3次考试，分别定在1月、4月和10月，报名报考的具体安排会在省教育考试院官网公布。</w:t>
      </w:r>
    </w:p>
    <w:p>
      <w:r>
        <w:t>15.残疾考生参加自学考试如何申请合理便利？</w:t>
      </w:r>
    </w:p>
    <w:p>
      <w:r>
        <w:t>残疾考生参加自学考试需考试机构在考试期间提供合理便利的，应在报考课程前持本人身份证、第二代及以上《中华人民共和国残疾人证》向当地市考办提出正式书面申请。</w:t>
      </w:r>
    </w:p>
    <w:p>
      <w:r>
        <w:t>16.广东省自学考试收费标准是多少？</w:t>
      </w:r>
    </w:p>
    <w:p>
      <w:r>
        <w:t>根据《关于调整我省成人高考和自学考试收费标准的复函》（粤价函〔2008〕352号），我省自学考试费标准为每科37元。</w:t>
      </w:r>
    </w:p>
    <w:p>
      <w:r>
        <w:t>17.自学考试实践性学习环节考核成绩如何查询？</w:t>
      </w:r>
    </w:p>
    <w:p>
      <w:r>
        <w:t>根据《关于做好2019年我省自学考试实践考核开考安排汇总和成绩上报工作的通知》（粤考办〔2018〕31号），省考办一般在6月、12月分别集中向考生公布上半年和下半年实践考核成绩。考生可通过广东省自学考试管理系统（http://www.eeagd.edu.cn/selfec/）及省教育考试院公布的其他途径查询考核成绩。已完成实践考核但未能查询到成绩的考生，请径向相关主考学校咨询。</w:t>
      </w:r>
    </w:p>
    <w:p>
      <w:r>
        <w:t>18.考生报考自学考试，登录广东省自学考试管理系统，发现没有本人相片，无法报考，怎么办？</w:t>
      </w:r>
    </w:p>
    <w:p>
      <w:r>
        <w:t>根据《关于加强我省高等教育自学考试考生信息采集工作的通知》，在自学考试管理系统中没有照片的准考证号将无法报考自学考试。考生应及早到当地自考办办理补齐照片等考籍信息变更事宜，以免影响报考。</w:t>
      </w:r>
    </w:p>
    <w:p>
      <w:r>
        <w:t>19.如果无法参加本次自学考试，是否记入诚信档案？</w:t>
      </w:r>
    </w:p>
    <w:p>
      <w:r>
        <w:t>在开展建立自学考试诚信报考档案试点的地市，考生违背《广东省自学考试诚信报考承诺书》，当期考试缺考2门课程或以上，将被认定为无故缺考，并记入考生诚信报考档案。考生可通过广东省教育考试院官网查阅《关于做好建立广东省自学考试考生诚信报考档案试点工作的通知》了解相关规定。</w:t>
      </w:r>
    </w:p>
    <w:p>
      <w:r>
        <w:t>20.报考时重复缴费，能否退回考试费用？</w:t>
      </w:r>
    </w:p>
    <w:p>
      <w:r>
        <w:t>自学考试报考过程中，考生如重复缴费的，重复缴费部分待银行核对后将通过原缴费途径退回。</w:t>
      </w:r>
    </w:p>
    <w:p>
      <w:r>
        <w:t>21.自学考试实践考核如何报考？</w:t>
      </w:r>
    </w:p>
    <w:p>
      <w:r>
        <w:t>根据《广东省自学考试实施细则》，我省自学考试实践考核由主考学校负责。考生应按相关主考学校公布的实践考核要求报考，如有疑问的，直接向相应主考学校咨询。</w:t>
      </w:r>
    </w:p>
    <w:p>
      <w:r>
        <w:t>22.如何变更自学考试管理系统中绑定的手机号码？</w:t>
      </w:r>
    </w:p>
    <w:p>
      <w:r>
        <w:t>考生可通过自学考试管理系统自行解绑手机后重新绑定。如因更换手机号码等原因无法自行解绑的，可联系当地自学考试办公室协助解绑后再自行绑定手机号码。</w:t>
      </w:r>
    </w:p>
    <w:p>
      <w:r>
        <w:t>23.报考自学考试时，已保存但未确认的报考信息能够修改吗？</w:t>
      </w:r>
    </w:p>
    <w:p>
      <w:r>
        <w:t>报考自学考试，考生在确认报考信息前，可以修改报考信息。</w:t>
      </w:r>
    </w:p>
    <w:p>
      <w:r>
        <w:t>24.报考自学考试时，已经确认的课程还能修改吗？</w:t>
      </w:r>
    </w:p>
    <w:p>
      <w:r>
        <w:t>报考自学考试，考生在确认报考信息前，须认真核对选择的考区和报考课程是否正确。考区和报考课程一经考生确认，不得增加、删减、更改，确认报考后所交报考费一旦网上缴纳，不予退还。</w:t>
      </w:r>
    </w:p>
    <w:p>
      <w:r>
        <w:t>25.每次报考自学考试课程时，能否选择两个考区同时报考？</w:t>
      </w:r>
    </w:p>
    <w:p>
      <w:r>
        <w:t>考生可根据各考区考位供给情况选择考区报考，每个考生每期考试只能报考一次，且只能选择一个考区参加考试。考区和报考课程一经考生确认，不得增加、删减、更改。</w:t>
      </w:r>
    </w:p>
    <w:p>
      <w:r>
        <w:t>26.自学考试准考证号码总共多少位？</w:t>
      </w:r>
    </w:p>
    <w:p>
      <w:r>
        <w:t>自学考试考生准考证号码总共12位。考生完成报名后，应牢记准考证号码。</w:t>
      </w:r>
    </w:p>
    <w:p>
      <w:r>
        <w:t>27.自学考试在线报名失败的，如何正式报名？</w:t>
      </w:r>
    </w:p>
    <w:p>
      <w:r>
        <w:t>考生因面容特征变化等原因无法在线进行正式报名的，应及早到当地市自考办（或其指定途径）进行现场正式报名。</w:t>
      </w:r>
    </w:p>
    <w:p>
      <w:r>
        <w:t>28.自学考试实践考核报考费是多少？</w:t>
      </w:r>
    </w:p>
    <w:p>
      <w:r>
        <w:t>根据《关于调整我省成人高考和自学考试收费标准的复函》（粤价函〔2008〕352号），我省自学考试费标准为每科37元。</w:t>
      </w:r>
    </w:p>
    <w:p>
      <w:r>
        <w:t>29.参加自学考试能否携带智能手表？</w:t>
      </w:r>
    </w:p>
    <w:p>
      <w:r>
        <w:t>智能手表不得带入考场。</w:t>
      </w:r>
    </w:p>
    <w:p>
      <w:r>
        <w:t>30.自学考试迟到多久不能参加考试？</w:t>
      </w:r>
    </w:p>
    <w:p>
      <w:r>
        <w:t>开考15分钟后，不得进入考点参加当次科目考试。</w:t>
      </w:r>
    </w:p>
    <w:p>
      <w:r>
        <w:t>31.考试时，最早可以在什么时候交卷？</w:t>
      </w:r>
    </w:p>
    <w:p>
      <w:r>
        <w:t>根据考场规则，不得早于当科考试结束前30分钟交卷出场，考试结束前30分钟内可以交卷。</w:t>
      </w:r>
    </w:p>
    <w:p>
      <w:r>
        <w:t>32.参加自学考试时，多门课程在不同的考点，如何应考？</w:t>
      </w:r>
    </w:p>
    <w:p>
      <w:r>
        <w:t>考生应在考试前提前熟悉、规划好应考路线，避免考试迟到。</w:t>
      </w:r>
    </w:p>
    <w:p>
      <w:r>
        <w:t>33.考生参加自学考试时，需要提前多久到达考点？</w:t>
      </w:r>
    </w:p>
    <w:p>
      <w:r>
        <w:t>考生可在考试前1小时抵达考点，按照考点要求有序等候进入考点。</w:t>
      </w:r>
    </w:p>
    <w:p>
      <w:r>
        <w:t>34.能否凭电子身份证参加考试？</w:t>
      </w:r>
    </w:p>
    <w:p>
      <w:r>
        <w:t>不能凭电子身份证参加考试。所有考生均须凭网上自行打印的当次考试的准考证、本人有效身份证（含临时身份证、公安机关出具的用于参加国家教育考试的带照片的身份证明，不含电子身份证；军人、港澳和台湾同胞、海外侨胞及外籍人士可持考籍登记的对应证件）参加考试。</w:t>
      </w:r>
    </w:p>
    <w:p>
      <w:r>
        <w:t>35.如何确认自学考试报考缴费是否成功？</w:t>
      </w:r>
    </w:p>
    <w:p>
      <w:r>
        <w:t>报考自学考试时，完成缴费后必须再次登录自学考试管理系统，检查交费状态是否为“已缴费”，以此确认是否报考成功，如遇问题应及时与各市自考办联系。</w:t>
      </w:r>
    </w:p>
    <w:p>
      <w:r>
        <w:t>36.违规处理文书将如何送达？</w:t>
      </w:r>
    </w:p>
    <w:p>
      <w:r>
        <w:t>考试违规处理事先告知书和违规处理决定书将按照当次报考时考生确认的联系手机和通信地址邮寄。</w:t>
      </w:r>
    </w:p>
    <w:p>
      <w:r>
        <w:t>37.参加自学考试，应注意哪些着装问题？</w:t>
      </w:r>
    </w:p>
    <w:p>
      <w:r>
        <w:t>考生参加自学考试时，不得穿背心、拖鞋以及部队、警察、执法等类型的制服进入考点和考场。</w:t>
      </w:r>
    </w:p>
    <w:p>
      <w:r>
        <w:t>38.能否携带涂改液、修正带参加自学考试？</w:t>
      </w:r>
    </w:p>
    <w:p>
      <w:r>
        <w:t>涂改液、修正带等与考试无关的物品不得带入考场。</w:t>
      </w:r>
    </w:p>
    <w:p>
      <w:r>
        <w:t>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955953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