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深圳市招生考试办公室关于开展我市2024年度自学考试社会助学机构备案登记工作的通知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2024-08-28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https://szeb.sz.gov.cn/szzkw/zkgg/zkxx1/content/post_11527599.html</w:t>
        </w:r>
      </w:hyperlink>
    </w:p>
    <w:p/>
    <w:p>
      <w:r>
        <w:t>各有关区教育行政部门，各自考社会助学机构：</w:t>
      </w:r>
    </w:p>
    <w:p>
      <w:r>
        <w:t>个人自学、社会助学是高等教育自学考试教育功能的具体体现，是自学考试的基础和条件。根据广东省自学考试委员会办公室《关于进一步加强我省自学考试社会助学机构业务指导工作的通知》（粤考办〔2015〕46号）要求，为积极引导社会助学机构规范化开展助学活动，确保我市2024年度自学考试社会助学机构备案登记工作顺利进行，现将具体事项通知如下：</w:t>
      </w:r>
    </w:p>
    <w:p>
      <w:r>
        <w:t>一、备案登记对象</w:t>
      </w:r>
    </w:p>
    <w:p>
      <w:r>
        <w:t>在我市开展自学考试辅导的社会助学机构。</w:t>
      </w:r>
    </w:p>
    <w:p>
      <w:r>
        <w:t>二、备案登记时间及地点</w:t>
      </w:r>
    </w:p>
    <w:p>
      <w:r>
        <w:t>登记时间：2024年9月9日至13日，工作时间：上午9:00—12:00，下午2:00—6:00，联系电话：82197626。</w:t>
      </w:r>
    </w:p>
    <w:p>
      <w:r>
        <w:t>登记地点：罗湖区泥岗西路1068号深圳市招生考试办公室227室。</w:t>
      </w:r>
    </w:p>
    <w:p>
      <w:r>
        <w:t>三、备案登记所需材料</w:t>
      </w:r>
    </w:p>
    <w:p>
      <w:r>
        <w:t>（一）《2024年高等教育自学考试社会助学机构备案登记表》（A4纸质版，加盖本单位公章）（附件1）。</w:t>
      </w:r>
    </w:p>
    <w:p>
      <w:r>
        <w:t>（二）《2024年度自学考试助学机构备案导入数据模板》（附件2）电子版。</w:t>
      </w:r>
    </w:p>
    <w:p>
      <w:r>
        <w:t>（三）书面材料《社会助学机构备案登记情况说明》，由单位自行撰写书面情况说明，内容包括机构名称、详细地址、法人代表及联系电话、助学专业及学习者人数、学习时限、助学方式、教学计划、助学机构管理人员及经费来源等，加盖单位公章。首次备案登记的自考社会助学机构，还需在《社会助学机构备案登记情况说明》书面材料上加盖主管教育行政部门公章。</w:t>
      </w:r>
    </w:p>
    <w:p>
      <w:r>
        <w:t>（四） 民办非企业单位登记证书（法人）（正、副本）原件及复印件（盖单位公章），原件核验后即退还，下同。</w:t>
      </w:r>
    </w:p>
    <w:p>
      <w:r>
        <w:t>（五） 教育行政部门批准的办学许可证（正、副本）原件及复印件（盖单位公章）。</w:t>
      </w:r>
    </w:p>
    <w:p>
      <w:r>
        <w:t>四、有关要求与注意事项</w:t>
      </w:r>
    </w:p>
    <w:p>
      <w:r>
        <w:t>（一）申请备案登记的社会助学机构，其教育行政部门批准的办学许可证（副本）需在有效期内，且上一年年度检查结论为合格。</w:t>
      </w:r>
    </w:p>
    <w:p>
      <w:r>
        <w:t>（二）首次申请备案登记的自考社会助学机构，在附件1和附件2中的助学机构代码可不填，待备案资格审核通过考察后，由市招考办统一填写。</w:t>
      </w:r>
    </w:p>
    <w:p>
      <w:r>
        <w:t>（三）备案登记表中的专业代码、专业建设主考学校代码和课程组代码须严格对照专业信息简表（附件3）填写。</w:t>
      </w:r>
    </w:p>
    <w:p>
      <w:r>
        <w:t>（四）导入数据电子版文件以“助学单位名称+2024年度自学考试助学机构备案导入数据”重命名后，上传至邮箱：szzb-zkyk@sz.edu.cn。</w:t>
      </w:r>
    </w:p>
    <w:p>
      <w:r>
        <w:t>（五）本年度不符合备案和登记条件的单位，市招考办将不予以备案登记。经审核通过的社会助学机构，市招考办将通过官方途径向社会公布。各单位要高度重视，加强服务意识，严格按照有关政策和依法、依规、有序开展助学辅导活动，准确、真实地宣传相关自考信息，严格执行国家和省的收费政策，收费标准应向社会公开。</w:t>
      </w:r>
    </w:p>
    <w:p>
      <w:r>
        <w:t>附件：1.2024年高等教育自学考试社会助学机构备案登记表</w:t>
      </w:r>
    </w:p>
    <w:p>
      <w:r>
        <w:t>2.2024年度自学考试助学机构备案导入数据模板</w:t>
      </w:r>
    </w:p>
    <w:p>
      <w:r>
        <w:t>3.专业信息简表</w:t>
      </w:r>
    </w:p>
    <w:p>
      <w:r>
        <w:t>附件1、3.doc</w:t>
      </w:r>
    </w:p>
    <w:p>
      <w:r>
        <w:t>附件2.2024年度自学考试助学机构备案导入数据模板.xls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附件1、3.doc</w:t>
        </w:r>
      </w:hyperlink>
    </w:p>
    <w:p>
      <w:r>
        <w:rPr>
          <w:sz w:val="16"/>
        </w:rPr>
        <w:t>https://szeb.sz.gov.cn/attachment/1/1481/1481994/11527599.doc</w:t>
      </w:r>
    </w:p>
    <w:p>
      <w:hyperlink r:id="rId12">
        <w:r>
          <w:rPr>
            <w:color w:val="18548A"/>
          </w:rPr>
          <w:t>附件2.2024年度自学考试助学机构备案导入数据模板.xls</w:t>
        </w:r>
      </w:hyperlink>
    </w:p>
    <w:p>
      <w:r>
        <w:rPr>
          <w:sz w:val="16"/>
        </w:rPr>
        <w:t>https://szeb.sz.gov.cn/attachment/1/1481/1481993/11527599.xls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527599.html" TargetMode="External"/><Relationship Id="rId11" Type="http://schemas.openxmlformats.org/officeDocument/2006/relationships/hyperlink" Target="https://szeb.sz.gov.cn/attachment/1/1481/1481994/11527599.doc" TargetMode="External"/><Relationship Id="rId12" Type="http://schemas.openxmlformats.org/officeDocument/2006/relationships/hyperlink" Target="https://szeb.sz.gov.cn/attachment/1/1481/1481993/11527599.x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