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深圳市教育局关于印发《2026年深圳市初中学业水平考试体育与健康科目考试项目规则和评分标准》的通知</w:t>
      </w:r>
    </w:p>
    <w:p>
      <w:r>
        <w:rPr>
          <w:sz w:val="18"/>
        </w:rPr>
        <w:t>整理归属  深圳市招生考试办公室</w:t>
      </w:r>
    </w:p>
    <w:p>
      <w:r>
        <w:rPr>
          <w:sz w:val="18"/>
        </w:rPr>
        <w:t>发布日期  2025-06-06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https://szeb.sz.gov.cn/szzkw/zkgg/zkxx/content/post_12216301.html</w:t>
        </w:r>
      </w:hyperlink>
    </w:p>
    <w:p>
      <w:r>
        <w:t xml:space="preserve">同文来源  </w:t>
      </w:r>
      <w:hyperlink r:id="rId11">
        <w:r>
          <w:rPr>
            <w:color w:val="18548A"/>
          </w:rPr>
          <w:t>https://szeb.sz.gov.cn/szzkw/qt/tzgg/content/post_12216275.html</w:t>
        </w:r>
      </w:hyperlink>
    </w:p>
    <w:p>
      <w:r>
        <w:t xml:space="preserve">同文来源  </w:t>
      </w:r>
      <w:hyperlink r:id="rId12">
        <w:r>
          <w:rPr>
            <w:color w:val="18548A"/>
          </w:rPr>
          <w:t>https://szeb.sz.gov.cn/szzkw/zcwj/content/post_12216269.html</w:t>
        </w:r>
      </w:hyperlink>
    </w:p>
    <w:p>
      <w:r>
        <w:t>原文含视频。Word和PDF保留静态正文及视频观看链接，未把视频转录成文字。</w:t>
      </w:r>
    </w:p>
    <w:p/>
    <w:p>
      <w:r>
        <w:t>各区（含大鹏新区、深汕特别合作区）教育行政部门，市局直属各相关单位（学校）：</w:t>
      </w:r>
    </w:p>
    <w:p>
      <w:r>
        <w:t>现将《2026年深圳市初中学业水平考试体育与健康科目考试项目规则和评分标准》印发给你们，请认真贯彻执行。</w:t>
      </w:r>
    </w:p>
    <w:p>
      <w:r>
        <w:t>附件：</w:t>
      </w:r>
    </w:p>
    <w:p>
      <w:r>
        <w:t>1.深圳市中考体育科目现场统一考试演示视频</w:t>
      </w:r>
    </w:p>
    <w:p>
      <w:r>
        <w:t>2.2026年深圳市初中学业水平考试体育与健康科目考试项目规则和评分标准</w:t>
      </w:r>
    </w:p>
    <w:p>
      <w:r>
        <w:t>深圳市教育局</w:t>
      </w:r>
    </w:p>
    <w:p>
      <w:r>
        <w:t>2025年6月6日</w:t>
      </w:r>
    </w:p>
    <w:p>
      <w:r>
        <w:t>附件1：</w:t>
      </w:r>
    </w:p>
    <w:p>
      <w:r>
        <w:t>深圳市中考体育科目现场统一考试演示视频</w:t>
      </w:r>
    </w:p>
    <w:p>
      <w:r>
        <w:t>一、中长跑</w:t>
      </w:r>
    </w:p>
    <w:p>
      <w:r>
        <w:t>二、50米游泳、200米游泳（不限泳姿）</w:t>
      </w:r>
    </w:p>
    <w:p>
      <w:r>
        <w:t>三、1分钟跳绳、4分钟跳绳</w:t>
      </w:r>
    </w:p>
    <w:p>
      <w:r>
        <w:t>四、100米跑</w:t>
      </w:r>
    </w:p>
    <w:p>
      <w:r>
        <w:t>五、投掷实心球</w:t>
      </w:r>
    </w:p>
    <w:p>
      <w:r>
        <w:t>六、1分钟踢毽子</w:t>
      </w:r>
    </w:p>
    <w:p>
      <w:r>
        <w:t>七、二级蛙跳</w:t>
      </w:r>
    </w:p>
    <w:p>
      <w:r>
        <w:t>八、10米×4折返跑</w:t>
      </w:r>
    </w:p>
    <w:p>
      <w:r>
        <w:t>九、足球</w:t>
      </w:r>
    </w:p>
    <w:p>
      <w:r>
        <w:t>十、篮球</w:t>
      </w:r>
    </w:p>
    <w:p>
      <w:r>
        <w:t>十一、排球</w:t>
      </w:r>
    </w:p>
    <w:p>
      <w:r>
        <w:t>十二、乒乓球</w:t>
      </w:r>
    </w:p>
    <w:p>
      <w:r>
        <w:t>十三、羽毛球</w:t>
      </w:r>
    </w:p>
    <w:p>
      <w:r>
        <w:t>十四、网球</w:t>
      </w:r>
    </w:p>
    <w:p>
      <w:r>
        <w:t>附件2：2026年深圳市初中学业水平考试体育与健康科目考试项目规则和评分标准.pdf</w:t>
      </w:r>
    </w:p>
    <w:p>
      <w:pPr>
        <w:pStyle w:val="Heading1"/>
      </w:pPr>
      <w:r>
        <w:t>附件及下载链接</w:t>
      </w:r>
    </w:p>
    <w:p>
      <w:hyperlink r:id="rId13">
        <w:r>
          <w:rPr>
            <w:color w:val="18548A"/>
          </w:rPr>
          <w:t>附件2：2026年深圳市初中学业水平考试体育与健康科目考试项目规则和评分标准.pdf</w:t>
        </w:r>
      </w:hyperlink>
    </w:p>
    <w:p>
      <w:r>
        <w:rPr>
          <w:sz w:val="16"/>
        </w:rPr>
        <w:t>https://szeb.sz.gov.cn/attachment/1/1592/1592111/12216301.pdf</w:t>
      </w:r>
    </w:p>
    <w:p>
      <w:pPr>
        <w:pStyle w:val="Heading1"/>
      </w:pPr>
      <w:r>
        <w:t>正文相关链接</w:t>
      </w:r>
    </w:p>
    <w:p>
      <w:hyperlink r:id="rId14">
        <w:r>
          <w:rPr>
            <w:color w:val="18548A"/>
          </w:rPr>
          <w:t>附件2：2026年深圳市初中学业水平考试体育与健康科目考试项目规则和评分标准.pdf</w:t>
        </w:r>
      </w:hyperlink>
    </w:p>
    <w:p>
      <w:r>
        <w:t>https://szeb.sz.gov.cn/attachment/1/1592/1592111/12216275.pdf</w:t>
      </w:r>
    </w:p>
    <w:p>
      <w:hyperlink r:id="rId15">
        <w:r>
          <w:rPr>
            <w:color w:val="18548A"/>
          </w:rPr>
          <w:t>附件2：2026年深圳市初中学业水平考试体育与健康科目考试项目规则和评分标准.pdf</w:t>
        </w:r>
      </w:hyperlink>
    </w:p>
    <w:p>
      <w:r>
        <w:t>https://szeb.sz.gov.cn/attachment/1/1592/1592111/12216269.pdf</w:t>
      </w:r>
    </w:p>
    <w:p>
      <w:hyperlink r:id="rId16">
        <w:r>
          <w:rPr>
            <w:color w:val="18548A"/>
          </w:rPr>
          <w:t>原文视频1 LD 观看链接</w:t>
        </w:r>
      </w:hyperlink>
    </w:p>
    <w:p>
      <w:r>
        <w:t>https://gdvideo.southcn.com/c0d1c19242a871f085555017f1f80102/e6a87a61f18f49cba81096d4a81e992c-efd879443af4ddb40cd5038f1dccf748-ld.mp4</w:t>
      </w:r>
    </w:p>
    <w:p>
      <w:hyperlink r:id="rId17">
        <w:r>
          <w:rPr>
            <w:color w:val="18548A"/>
          </w:rPr>
          <w:t>原文视频1 SD 观看链接</w:t>
        </w:r>
      </w:hyperlink>
    </w:p>
    <w:p>
      <w:r>
        <w:t>https://gdvideo.southcn.com/c0d1c19242a871f085555017f1f80102/e6a87a61f18f49cba81096d4a81e992c-9e9e421bc7eccb848d1fb471f9d9795d-sd.mp4</w:t>
      </w:r>
    </w:p>
    <w:p>
      <w:hyperlink r:id="rId18">
        <w:r>
          <w:rPr>
            <w:color w:val="18548A"/>
          </w:rPr>
          <w:t>原文视频2 LD 观看链接</w:t>
        </w:r>
      </w:hyperlink>
    </w:p>
    <w:p>
      <w:r>
        <w:t>https://gdvideo.southcn.com/80b755d142a871f089116723a78f0102/86a5f1d5b52c49a9b4aa492fb26cfccc-80cec39f8e2e87dfa603012bdc4e04ed-ld.mp4</w:t>
      </w:r>
    </w:p>
    <w:p>
      <w:hyperlink r:id="rId19">
        <w:r>
          <w:rPr>
            <w:color w:val="18548A"/>
          </w:rPr>
          <w:t>原文视频2 SD 观看链接</w:t>
        </w:r>
      </w:hyperlink>
    </w:p>
    <w:p>
      <w:r>
        <w:t>https://gdvideo.southcn.com/80b755d142a871f089116723a78f0102/86a5f1d5b52c49a9b4aa492fb26cfccc-4d49f36143122f5bb274d41ec82a6892-sd.mp4</w:t>
      </w:r>
    </w:p>
    <w:p>
      <w:hyperlink r:id="rId20">
        <w:r>
          <w:rPr>
            <w:color w:val="18548A"/>
          </w:rPr>
          <w:t>原文视频3 LD 观看链接</w:t>
        </w:r>
      </w:hyperlink>
    </w:p>
    <w:p>
      <w:r>
        <w:t>https://gdvideo.southcn.com/80f9a01642a971f0bfa95017f0f80102/f1875d8517894dbbbff63233846ee3a3-50a88134623f362f59dc9b7e319e9d69-ld.mp4</w:t>
      </w:r>
    </w:p>
    <w:p>
      <w:hyperlink r:id="rId21">
        <w:r>
          <w:rPr>
            <w:color w:val="18548A"/>
          </w:rPr>
          <w:t>原文视频3 SD 观看链接</w:t>
        </w:r>
      </w:hyperlink>
    </w:p>
    <w:p>
      <w:r>
        <w:t>https://gdvideo.southcn.com/80f9a01642a971f0bfa95017f0f80102/f1875d8517894dbbbff63233846ee3a3-732a28789615a562ff40cc6651f6ab2f-sd.mp4</w:t>
      </w:r>
    </w:p>
    <w:p>
      <w:hyperlink r:id="rId22">
        <w:r>
          <w:rPr>
            <w:color w:val="18548A"/>
          </w:rPr>
          <w:t>原文视频4 LD 观看链接</w:t>
        </w:r>
      </w:hyperlink>
    </w:p>
    <w:p>
      <w:r>
        <w:t>https://gdvideo.southcn.com/8061ab4942a971f080014531949c0102/31e38eb4ddff482cacd7380c82abbb03-1bd726ea706ffa8fa48dce7da8517cd5-ld.mp4</w:t>
      </w:r>
    </w:p>
    <w:p>
      <w:hyperlink r:id="rId23">
        <w:r>
          <w:rPr>
            <w:color w:val="18548A"/>
          </w:rPr>
          <w:t>原文视频4 SD 观看链接</w:t>
        </w:r>
      </w:hyperlink>
    </w:p>
    <w:p>
      <w:r>
        <w:t>https://gdvideo.southcn.com/8061ab4942a971f080014531949c0102/31e38eb4ddff482cacd7380c82abbb03-e5d501c039ad2013f5ca8c3bedc5baef-sd.mp4</w:t>
      </w:r>
    </w:p>
    <w:p>
      <w:hyperlink r:id="rId24">
        <w:r>
          <w:rPr>
            <w:color w:val="18548A"/>
          </w:rPr>
          <w:t>原文视频5 LD 观看链接</w:t>
        </w:r>
      </w:hyperlink>
    </w:p>
    <w:p>
      <w:r>
        <w:t>https://gdvideo.southcn.com/20c0047442a971f0a6185420848d0102/95b17a5ab2594369b3ea57adeed6d76e-f178d79ed789148c38fb7ef7eb53f2d2-ld.mp4</w:t>
      </w:r>
    </w:p>
    <w:p>
      <w:hyperlink r:id="rId25">
        <w:r>
          <w:rPr>
            <w:color w:val="18548A"/>
          </w:rPr>
          <w:t>原文视频5 SD 观看链接</w:t>
        </w:r>
      </w:hyperlink>
    </w:p>
    <w:p>
      <w:r>
        <w:t>https://gdvideo.southcn.com/20c0047442a971f0a6185420848d0102/95b17a5ab2594369b3ea57adeed6d76e-7c3d9ed69965627b6aded574b1ca8765-sd.mp4</w:t>
      </w:r>
    </w:p>
    <w:p>
      <w:hyperlink r:id="rId26">
        <w:r>
          <w:rPr>
            <w:color w:val="18548A"/>
          </w:rPr>
          <w:t>原文视频6 LD 观看链接</w:t>
        </w:r>
      </w:hyperlink>
    </w:p>
    <w:p>
      <w:r>
        <w:t>https://gdvideo.southcn.com/b0d000b942a971f0bfec6732b78e0102/d88a01fbe25d4ee2b7ecd27483dfd4f9-a5b508efa25b1e9075305d04ea6d5645-ld.mp4</w:t>
      </w:r>
    </w:p>
    <w:p>
      <w:hyperlink r:id="rId27">
        <w:r>
          <w:rPr>
            <w:color w:val="18548A"/>
          </w:rPr>
          <w:t>原文视频6 SD 观看链接</w:t>
        </w:r>
      </w:hyperlink>
    </w:p>
    <w:p>
      <w:r>
        <w:t>https://gdvideo.southcn.com/b0d000b942a971f0bfec6732b78e0102/d88a01fbe25d4ee2b7ecd27483dfd4f9-9be5fdf50b4bc17a5d00b9e21a37ddca-sd.mp4</w:t>
      </w:r>
    </w:p>
    <w:p>
      <w:hyperlink r:id="rId28">
        <w:r>
          <w:rPr>
            <w:color w:val="18548A"/>
          </w:rPr>
          <w:t>原文视频7 LD 观看链接</w:t>
        </w:r>
      </w:hyperlink>
    </w:p>
    <w:p>
      <w:r>
        <w:t>https://gdvideo.southcn.com/b0649ef542a971f080014531949c0102/347c77ff14424cd98d0ed3a275d45874-aca44aa17a6a609b505dc23437ca3d02-ld.mp4</w:t>
      </w:r>
    </w:p>
    <w:p>
      <w:hyperlink r:id="rId29">
        <w:r>
          <w:rPr>
            <w:color w:val="18548A"/>
          </w:rPr>
          <w:t>原文视频7 SD 观看链接</w:t>
        </w:r>
      </w:hyperlink>
    </w:p>
    <w:p>
      <w:r>
        <w:t>https://gdvideo.southcn.com/b0649ef542a971f080014531949c0102/347c77ff14424cd98d0ed3a275d45874-e40cee554f2b3300fd1c12b636a03a7c-sd.mp4</w:t>
      </w:r>
    </w:p>
    <w:p>
      <w:hyperlink r:id="rId30">
        <w:r>
          <w:rPr>
            <w:color w:val="18548A"/>
          </w:rPr>
          <w:t>原文视频8 LD 观看链接</w:t>
        </w:r>
      </w:hyperlink>
    </w:p>
    <w:p>
      <w:r>
        <w:t>https://gdvideo.southcn.com/5097923842aa71f080014531949c0102/0470d7171f654a3c975f87e12d139492-e52949d566c9895fc72d422e5cf51713-ld.mp4</w:t>
      </w:r>
    </w:p>
    <w:p>
      <w:hyperlink r:id="rId31">
        <w:r>
          <w:rPr>
            <w:color w:val="18548A"/>
          </w:rPr>
          <w:t>原文视频8 SD 观看链接</w:t>
        </w:r>
      </w:hyperlink>
    </w:p>
    <w:p>
      <w:r>
        <w:t>https://gdvideo.southcn.com/5097923842aa71f080014531949c0102/0470d7171f654a3c975f87e12d139492-7386a873ce09cfa79530de164de58b0e-sd.mp4</w:t>
      </w:r>
    </w:p>
    <w:p>
      <w:hyperlink r:id="rId32">
        <w:r>
          <w:rPr>
            <w:color w:val="18548A"/>
          </w:rPr>
          <w:t>原文视频9 LD 观看链接</w:t>
        </w:r>
      </w:hyperlink>
    </w:p>
    <w:p>
      <w:r>
        <w:t>https://gdvideo.southcn.com/40b2af5b42aa71f0bb544531948c0102/10962a363fcf49f9beb6b909a8aee584-15fad112ec44e15a78797fb2cc096901-ld.mp4</w:t>
      </w:r>
    </w:p>
    <w:p>
      <w:hyperlink r:id="rId33">
        <w:r>
          <w:rPr>
            <w:color w:val="18548A"/>
          </w:rPr>
          <w:t>原文视频9 SD 观看链接</w:t>
        </w:r>
      </w:hyperlink>
    </w:p>
    <w:p>
      <w:r>
        <w:t>https://gdvideo.southcn.com/40b2af5b42aa71f0bb544531948c0102/10962a363fcf49f9beb6b909a8aee584-c2a67744052a0665bdcc3714ea2f80ed-sd.mp4</w:t>
      </w:r>
    </w:p>
    <w:p>
      <w:hyperlink r:id="rId34">
        <w:r>
          <w:rPr>
            <w:color w:val="18548A"/>
          </w:rPr>
          <w:t>原文视频10 LD 观看链接</w:t>
        </w:r>
      </w:hyperlink>
    </w:p>
    <w:p>
      <w:r>
        <w:t>https://gdvideo.southcn.com/608f947c45ea71f0aca45017e1f80102/0a092aadab7f455498e242d1ed56003f-b5af10be85fb60765482272089a4a87e-ld.mp4</w:t>
      </w:r>
    </w:p>
    <w:p>
      <w:hyperlink r:id="rId35">
        <w:r>
          <w:rPr>
            <w:color w:val="18548A"/>
          </w:rPr>
          <w:t>原文视频10 SD 观看链接</w:t>
        </w:r>
      </w:hyperlink>
    </w:p>
    <w:p>
      <w:r>
        <w:t>https://gdvideo.southcn.com/608f947c45ea71f0aca45017e1f80102/0a092aadab7f455498e242d1ed56003f-e5a01a6b0201113589a690cf982c5332-sd.mp4</w:t>
      </w:r>
    </w:p>
    <w:p>
      <w:hyperlink r:id="rId36">
        <w:r>
          <w:rPr>
            <w:color w:val="18548A"/>
          </w:rPr>
          <w:t>原文视频11 LD 观看链接</w:t>
        </w:r>
      </w:hyperlink>
    </w:p>
    <w:p>
      <w:r>
        <w:t>https://gdvideo.southcn.com/a0ea873042ab71f0bff74531959d0102/c487d49e0c304ecab628c4f06e49eaf1-04932cd77855da1bdf14cb1f4e401a40-ld.mp4</w:t>
      </w:r>
    </w:p>
    <w:p>
      <w:hyperlink r:id="rId37">
        <w:r>
          <w:rPr>
            <w:color w:val="18548A"/>
          </w:rPr>
          <w:t>原文视频11 SD 观看链接</w:t>
        </w:r>
      </w:hyperlink>
    </w:p>
    <w:p>
      <w:r>
        <w:t>https://gdvideo.southcn.com/a0ea873042ab71f0bff74531959d0102/c487d49e0c304ecab628c4f06e49eaf1-d92a99049cbffaba1466ff2afedfb3d1-sd.mp4</w:t>
      </w:r>
    </w:p>
    <w:p>
      <w:hyperlink r:id="rId38">
        <w:r>
          <w:rPr>
            <w:color w:val="18548A"/>
          </w:rPr>
          <w:t>原文视频12 LD 观看链接</w:t>
        </w:r>
      </w:hyperlink>
    </w:p>
    <w:p>
      <w:r>
        <w:t>https://gdvideo.southcn.com/40b8186e42ab71f0a6724531958c0102/a5905954c50e496b90f9e28e3b640dd1-15847a12878f4a9ab47cba5d46efc750-ld.mp4</w:t>
      </w:r>
    </w:p>
    <w:p>
      <w:hyperlink r:id="rId39">
        <w:r>
          <w:rPr>
            <w:color w:val="18548A"/>
          </w:rPr>
          <w:t>原文视频12 SD 观看链接</w:t>
        </w:r>
      </w:hyperlink>
    </w:p>
    <w:p>
      <w:r>
        <w:t>https://gdvideo.southcn.com/40b8186e42ab71f0a6724531958c0102/a5905954c50e496b90f9e28e3b640dd1-ba9ab5ae61d47bdcde88c255b26c1d25-sd.mp4</w:t>
      </w:r>
    </w:p>
    <w:p>
      <w:hyperlink r:id="rId40">
        <w:r>
          <w:rPr>
            <w:color w:val="18548A"/>
          </w:rPr>
          <w:t>原文视频13 LD 观看链接</w:t>
        </w:r>
      </w:hyperlink>
    </w:p>
    <w:p>
      <w:r>
        <w:t>https://gdvideo.southcn.com/105432c042ab71f0bfd46733a78e0102/7f635ca9c1b54cfa85dadf12ca0b812b-bf926b4155087eb7eda48aa0082034f8-ld.mp4</w:t>
      </w:r>
    </w:p>
    <w:p>
      <w:hyperlink r:id="rId41">
        <w:r>
          <w:rPr>
            <w:color w:val="18548A"/>
          </w:rPr>
          <w:t>原文视频13 SD 观看链接</w:t>
        </w:r>
      </w:hyperlink>
    </w:p>
    <w:p>
      <w:r>
        <w:t>https://gdvideo.southcn.com/105432c042ab71f0bfd46733a78e0102/7f635ca9c1b54cfa85dadf12ca0b812b-867ca51b9b529b63bc9d72e31cdc6847-sd.mp4</w:t>
      </w:r>
    </w:p>
    <w:p>
      <w:hyperlink r:id="rId42">
        <w:r>
          <w:rPr>
            <w:color w:val="18548A"/>
          </w:rPr>
          <w:t>原文视频14 LD 观看链接</w:t>
        </w:r>
      </w:hyperlink>
    </w:p>
    <w:p>
      <w:r>
        <w:t>https://gdvideo.southcn.com/90d81d0742ac71f0bfed6723b78e0102/c5a3855fe02c4aa5a553da0870615cdb-73f895af4679597d779676b24291ab96-ld.mp4</w:t>
      </w:r>
    </w:p>
    <w:p>
      <w:hyperlink r:id="rId43">
        <w:r>
          <w:rPr>
            <w:color w:val="18548A"/>
          </w:rPr>
          <w:t>原文视频14 SD 观看链接</w:t>
        </w:r>
      </w:hyperlink>
    </w:p>
    <w:p>
      <w:r>
        <w:t>https://gdvideo.southcn.com/90d81d0742ac71f0bfed6723b78e0102/c5a3855fe02c4aa5a553da0870615cdb-7c7b41acba370b147e478293a4f15ae5-sd.mp4</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2216301.html" TargetMode="External"/><Relationship Id="rId11" Type="http://schemas.openxmlformats.org/officeDocument/2006/relationships/hyperlink" Target="https://szeb.sz.gov.cn/szzkw/qt/tzgg/content/post_12216275.html" TargetMode="External"/><Relationship Id="rId12" Type="http://schemas.openxmlformats.org/officeDocument/2006/relationships/hyperlink" Target="https://szeb.sz.gov.cn/szzkw/zcwj/content/post_12216269.html" TargetMode="External"/><Relationship Id="rId13" Type="http://schemas.openxmlformats.org/officeDocument/2006/relationships/hyperlink" Target="https://szeb.sz.gov.cn/attachment/1/1592/1592111/12216301.pdf" TargetMode="External"/><Relationship Id="rId14" Type="http://schemas.openxmlformats.org/officeDocument/2006/relationships/hyperlink" Target="https://szeb.sz.gov.cn/attachment/1/1592/1592111/12216275.pdf" TargetMode="External"/><Relationship Id="rId15" Type="http://schemas.openxmlformats.org/officeDocument/2006/relationships/hyperlink" Target="https://szeb.sz.gov.cn/attachment/1/1592/1592111/12216269.pdf" TargetMode="External"/><Relationship Id="rId16" Type="http://schemas.openxmlformats.org/officeDocument/2006/relationships/hyperlink" Target="https://gdvideo.southcn.com/c0d1c19242a871f085555017f1f80102/e6a87a61f18f49cba81096d4a81e992c-efd879443af4ddb40cd5038f1dccf748-ld.mp4" TargetMode="External"/><Relationship Id="rId17" Type="http://schemas.openxmlformats.org/officeDocument/2006/relationships/hyperlink" Target="https://gdvideo.southcn.com/c0d1c19242a871f085555017f1f80102/e6a87a61f18f49cba81096d4a81e992c-9e9e421bc7eccb848d1fb471f9d9795d-sd.mp4" TargetMode="External"/><Relationship Id="rId18" Type="http://schemas.openxmlformats.org/officeDocument/2006/relationships/hyperlink" Target="https://gdvideo.southcn.com/80b755d142a871f089116723a78f0102/86a5f1d5b52c49a9b4aa492fb26cfccc-80cec39f8e2e87dfa603012bdc4e04ed-ld.mp4" TargetMode="External"/><Relationship Id="rId19" Type="http://schemas.openxmlformats.org/officeDocument/2006/relationships/hyperlink" Target="https://gdvideo.southcn.com/80b755d142a871f089116723a78f0102/86a5f1d5b52c49a9b4aa492fb26cfccc-4d49f36143122f5bb274d41ec82a6892-sd.mp4" TargetMode="External"/><Relationship Id="rId20" Type="http://schemas.openxmlformats.org/officeDocument/2006/relationships/hyperlink" Target="https://gdvideo.southcn.com/80f9a01642a971f0bfa95017f0f80102/f1875d8517894dbbbff63233846ee3a3-50a88134623f362f59dc9b7e319e9d69-ld.mp4" TargetMode="External"/><Relationship Id="rId21" Type="http://schemas.openxmlformats.org/officeDocument/2006/relationships/hyperlink" Target="https://gdvideo.southcn.com/80f9a01642a971f0bfa95017f0f80102/f1875d8517894dbbbff63233846ee3a3-732a28789615a562ff40cc6651f6ab2f-sd.mp4" TargetMode="External"/><Relationship Id="rId22" Type="http://schemas.openxmlformats.org/officeDocument/2006/relationships/hyperlink" Target="https://gdvideo.southcn.com/8061ab4942a971f080014531949c0102/31e38eb4ddff482cacd7380c82abbb03-1bd726ea706ffa8fa48dce7da8517cd5-ld.mp4" TargetMode="External"/><Relationship Id="rId23" Type="http://schemas.openxmlformats.org/officeDocument/2006/relationships/hyperlink" Target="https://gdvideo.southcn.com/8061ab4942a971f080014531949c0102/31e38eb4ddff482cacd7380c82abbb03-e5d501c039ad2013f5ca8c3bedc5baef-sd.mp4" TargetMode="External"/><Relationship Id="rId24" Type="http://schemas.openxmlformats.org/officeDocument/2006/relationships/hyperlink" Target="https://gdvideo.southcn.com/20c0047442a971f0a6185420848d0102/95b17a5ab2594369b3ea57adeed6d76e-f178d79ed789148c38fb7ef7eb53f2d2-ld.mp4" TargetMode="External"/><Relationship Id="rId25" Type="http://schemas.openxmlformats.org/officeDocument/2006/relationships/hyperlink" Target="https://gdvideo.southcn.com/20c0047442a971f0a6185420848d0102/95b17a5ab2594369b3ea57adeed6d76e-7c3d9ed69965627b6aded574b1ca8765-sd.mp4" TargetMode="External"/><Relationship Id="rId26" Type="http://schemas.openxmlformats.org/officeDocument/2006/relationships/hyperlink" Target="https://gdvideo.southcn.com/b0d000b942a971f0bfec6732b78e0102/d88a01fbe25d4ee2b7ecd27483dfd4f9-a5b508efa25b1e9075305d04ea6d5645-ld.mp4" TargetMode="External"/><Relationship Id="rId27" Type="http://schemas.openxmlformats.org/officeDocument/2006/relationships/hyperlink" Target="https://gdvideo.southcn.com/b0d000b942a971f0bfec6732b78e0102/d88a01fbe25d4ee2b7ecd27483dfd4f9-9be5fdf50b4bc17a5d00b9e21a37ddca-sd.mp4" TargetMode="External"/><Relationship Id="rId28" Type="http://schemas.openxmlformats.org/officeDocument/2006/relationships/hyperlink" Target="https://gdvideo.southcn.com/b0649ef542a971f080014531949c0102/347c77ff14424cd98d0ed3a275d45874-aca44aa17a6a609b505dc23437ca3d02-ld.mp4" TargetMode="External"/><Relationship Id="rId29" Type="http://schemas.openxmlformats.org/officeDocument/2006/relationships/hyperlink" Target="https://gdvideo.southcn.com/b0649ef542a971f080014531949c0102/347c77ff14424cd98d0ed3a275d45874-e40cee554f2b3300fd1c12b636a03a7c-sd.mp4" TargetMode="External"/><Relationship Id="rId30" Type="http://schemas.openxmlformats.org/officeDocument/2006/relationships/hyperlink" Target="https://gdvideo.southcn.com/5097923842aa71f080014531949c0102/0470d7171f654a3c975f87e12d139492-e52949d566c9895fc72d422e5cf51713-ld.mp4" TargetMode="External"/><Relationship Id="rId31" Type="http://schemas.openxmlformats.org/officeDocument/2006/relationships/hyperlink" Target="https://gdvideo.southcn.com/5097923842aa71f080014531949c0102/0470d7171f654a3c975f87e12d139492-7386a873ce09cfa79530de164de58b0e-sd.mp4" TargetMode="External"/><Relationship Id="rId32" Type="http://schemas.openxmlformats.org/officeDocument/2006/relationships/hyperlink" Target="https://gdvideo.southcn.com/40b2af5b42aa71f0bb544531948c0102/10962a363fcf49f9beb6b909a8aee584-15fad112ec44e15a78797fb2cc096901-ld.mp4" TargetMode="External"/><Relationship Id="rId33" Type="http://schemas.openxmlformats.org/officeDocument/2006/relationships/hyperlink" Target="https://gdvideo.southcn.com/40b2af5b42aa71f0bb544531948c0102/10962a363fcf49f9beb6b909a8aee584-c2a67744052a0665bdcc3714ea2f80ed-sd.mp4" TargetMode="External"/><Relationship Id="rId34" Type="http://schemas.openxmlformats.org/officeDocument/2006/relationships/hyperlink" Target="https://gdvideo.southcn.com/608f947c45ea71f0aca45017e1f80102/0a092aadab7f455498e242d1ed56003f-b5af10be85fb60765482272089a4a87e-ld.mp4" TargetMode="External"/><Relationship Id="rId35" Type="http://schemas.openxmlformats.org/officeDocument/2006/relationships/hyperlink" Target="https://gdvideo.southcn.com/608f947c45ea71f0aca45017e1f80102/0a092aadab7f455498e242d1ed56003f-e5a01a6b0201113589a690cf982c5332-sd.mp4" TargetMode="External"/><Relationship Id="rId36" Type="http://schemas.openxmlformats.org/officeDocument/2006/relationships/hyperlink" Target="https://gdvideo.southcn.com/a0ea873042ab71f0bff74531959d0102/c487d49e0c304ecab628c4f06e49eaf1-04932cd77855da1bdf14cb1f4e401a40-ld.mp4" TargetMode="External"/><Relationship Id="rId37" Type="http://schemas.openxmlformats.org/officeDocument/2006/relationships/hyperlink" Target="https://gdvideo.southcn.com/a0ea873042ab71f0bff74531959d0102/c487d49e0c304ecab628c4f06e49eaf1-d92a99049cbffaba1466ff2afedfb3d1-sd.mp4" TargetMode="External"/><Relationship Id="rId38" Type="http://schemas.openxmlformats.org/officeDocument/2006/relationships/hyperlink" Target="https://gdvideo.southcn.com/40b8186e42ab71f0a6724531958c0102/a5905954c50e496b90f9e28e3b640dd1-15847a12878f4a9ab47cba5d46efc750-ld.mp4" TargetMode="External"/><Relationship Id="rId39" Type="http://schemas.openxmlformats.org/officeDocument/2006/relationships/hyperlink" Target="https://gdvideo.southcn.com/40b8186e42ab71f0a6724531958c0102/a5905954c50e496b90f9e28e3b640dd1-ba9ab5ae61d47bdcde88c255b26c1d25-sd.mp4" TargetMode="External"/><Relationship Id="rId40" Type="http://schemas.openxmlformats.org/officeDocument/2006/relationships/hyperlink" Target="https://gdvideo.southcn.com/105432c042ab71f0bfd46733a78e0102/7f635ca9c1b54cfa85dadf12ca0b812b-bf926b4155087eb7eda48aa0082034f8-ld.mp4" TargetMode="External"/><Relationship Id="rId41" Type="http://schemas.openxmlformats.org/officeDocument/2006/relationships/hyperlink" Target="https://gdvideo.southcn.com/105432c042ab71f0bfd46733a78e0102/7f635ca9c1b54cfa85dadf12ca0b812b-867ca51b9b529b63bc9d72e31cdc6847-sd.mp4" TargetMode="External"/><Relationship Id="rId42" Type="http://schemas.openxmlformats.org/officeDocument/2006/relationships/hyperlink" Target="https://gdvideo.southcn.com/90d81d0742ac71f0bfed6723b78e0102/c5a3855fe02c4aa5a553da0870615cdb-73f895af4679597d779676b24291ab96-ld.mp4" TargetMode="External"/><Relationship Id="rId43" Type="http://schemas.openxmlformats.org/officeDocument/2006/relationships/hyperlink" Target="https://gdvideo.southcn.com/90d81d0742ac71f0bfed6723b78e0102/c5a3855fe02c4aa5a553da0870615cdb-7c7b41acba370b147e478293a4f15ae5-sd.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