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2025年“3+证书”考试1月7日起打印准考证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2025-01-02</w:t>
      </w:r>
    </w:p>
    <w:p>
      <w:r>
        <w:rPr>
          <w:sz w:val="18"/>
        </w:rPr>
        <w:t>来源  科教司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https://eea.gd.gov.cn/ptgk/content/post_4643728.html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https://eea.gd.gov.cn/news/content/post_4643922.html</w:t>
        </w:r>
      </w:hyperlink>
    </w:p>
    <w:p/>
    <w:p>
      <w:r>
        <w:t>广东省2025年普通高等学校招收中等职业学校毕业生统一考试（简称“3+证书”考试）定于2025年1月11日至12日举行。1月7日9：00起，考生可登录高考报名系统（https://pg.eeagd.edu.cn/ks），进入准考证打印页面，自行打印准考证。</w:t>
      </w:r>
    </w:p>
    <w:p>
      <w:r>
        <w:t>特别提醒：</w:t>
      </w:r>
    </w:p>
    <w:p>
      <w:r>
        <w:t>1、请考生认真阅读准考证上的考生须知等考试注意事项，并按照规定的时间、地点和要求参加考试。为确保顺利入场赴考，建议考生提前规划好出行路线、所需时间及交通工具，做好规范携带考试用品等各项考试准备，留足入场检查、身份验证时间，避免因天气状况、交通拥堵等而影响考试。</w:t>
      </w:r>
    </w:p>
    <w:p>
      <w:r>
        <w:t>2、我省2025年“3+证书”考试统一实行二次安检，分别在考点考试封闭区入口和考场入口各进行一次安检，其中考点封闭区入口安检通道配置智能安检门，考生应自觉接受考试工作人员使用金属探测仪、智能安检门进行安全检查。</w:t>
      </w:r>
    </w:p>
    <w:p>
      <w:r>
        <w:t>3、考生进入考点考试封闭区前，应自行检查是否携带具有无线通信功能的设备（如手机、无线耳机、智能手表、运动手环、智能眼镜等）、电子存储记忆录放设备、考试相关资料（含有字迹的纸张、上一场次考试资料等），并在进入考点考试封闭区前取出按要求存放。同时，应检查准考证正、反两面是否有书写、涂改或标记等，如果有，需重新打印准考证。在考试过程中发现准考证正、反两面有书写、涂改或标记等，将按考试作弊处理。</w:t>
      </w:r>
    </w:p>
    <w:p>
      <w:r>
        <w:t>4、请考生严守考试纪律，诚信应考，注意防范涉考骗局，自觉抵制考试作弊行为，切勿携带手机、考试相关资料等违禁物品参加考试，考试结束铃响后应立即停止作答，避免因延迟作答被取消考试成绩。</w:t>
      </w:r>
    </w:p>
    <w:p>
      <w:r>
        <w:t>祝愿各位考生考试顺利！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643728.html" TargetMode="External"/><Relationship Id="rId11" Type="http://schemas.openxmlformats.org/officeDocument/2006/relationships/hyperlink" Target="https://eea.gd.gov.cn/news/content/post_464392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