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2018年1月广东省高等教育自学考试各专业开考课程考试时间安排表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2017-10-09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https://szeb.sz.gov.cn/szzkw/zkcx/zxks/kkkcksap/content/post_8949611.html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/>
        </w:trP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专业代码及名称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 6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 月 7 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  <w:br/>
              <w:t xml:space="preserve">  9:00 - 11:30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课程</w:t>
              <w:br/>
              <w:t xml:space="preserve"> 代码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  <w:br/>
              <w:t xml:space="preserve">  14:30 - 17:00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A020179</w:t>
              <w:br/>
              <w:t xml:space="preserve"> 会展管理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现代商务礼仪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A020201</w:t>
              <w:br/>
              <w:t xml:space="preserve"> 工商企业管理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A020205</w:t>
              <w:br/>
              <w:t xml:space="preserve"> 人力资源管理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劳动就业概论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A020228</w:t>
              <w:br/>
              <w:t xml:space="preserve"> 物流管理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物流案例与实训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运输与配送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采购与仓储管理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信息技术与物流管理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采购管理与库存控制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A020234</w:t>
              <w:br/>
              <w:t xml:space="preserve"> 物业管理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房地产经营管理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物业管理财务基础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A020238</w:t>
              <w:br/>
              <w:t xml:space="preserve"> 国际旅游管理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旅游市场学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旅游英语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旅游法规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食品营养与卫生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导游学概论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旅游饭店财务管理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A020242</w:t>
              <w:br/>
              <w:t xml:space="preserve"> 会计电算化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关系数据库原理</w:t>
              <w:br/>
              <w:t xml:space="preserve"> 与程序设计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08310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会计电算化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A020265</w:t>
              <w:br/>
              <w:t xml:space="preserve"> 采购与供应管理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采购原理与战略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采购绩效测量与商业分析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采购过程与合同管理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A020276</w:t>
              <w:br/>
              <w:t xml:space="preserve"> 环境保护与管理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水土污染与防治技术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环境监测(二)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环境问题案例分析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A040101</w:t>
              <w:br/>
              <w:t xml:space="preserve"> 学前教育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学前儿童语言教育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学前儿童科学教育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A040106</w:t>
              <w:br/>
              <w:t xml:space="preserve"> 教育管理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A040109</w:t>
              <w:br/>
              <w:t xml:space="preserve"> 心理健康教育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特殊儿童心理与教育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心理健康教育课程设计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团体心理辅导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A050102</w:t>
              <w:br/>
              <w:t xml:space="preserve"> 秘书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A050128</w:t>
              <w:br/>
              <w:t xml:space="preserve"> 汉语言文学教育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中学教育学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中小学语文教材教法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A050129</w:t>
              <w:br/>
              <w:t xml:space="preserve"> 商务秘书〔商务管理〕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档案学概论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财务管理与会计基础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秘书事务管理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18956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法律事务管理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A050226</w:t>
              <w:br/>
              <w:t xml:space="preserve"> 商务英语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A050301</w:t>
              <w:br/>
              <w:t xml:space="preserve"> 广告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广告媒体分析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广告文案写作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A050303</w:t>
              <w:br/>
              <w:t xml:space="preserve"> 公共关系（专科）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企业形象与策划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A050436</w:t>
              <w:br/>
              <w:t xml:space="preserve"> 艺术设计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A050454</w:t>
              <w:br/>
              <w:t xml:space="preserve"> 动漫设计与制作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动漫产业概论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动画编导基础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A080301</w:t>
              <w:br/>
              <w:t xml:space="preserve"> 机械制造及自动化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数控机床与编程(一)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机械制造工艺基础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流体传动与控制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A080304</w:t>
              <w:br/>
              <w:t xml:space="preserve"> 模具设计与制造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现代模具制造技术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塑料成型工艺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模具材料与热处理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A080311</w:t>
              <w:br/>
              <w:t xml:space="preserve"> 农村机电工程（专科）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农村电力系统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机械设计基础(一)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电器设备使用与维护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计算机实用基础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农业机械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汽车拖拉机构造</w:t>
              <w:br/>
              <w:t xml:space="preserve"> 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A080602</w:t>
              <w:br/>
              <w:t xml:space="preserve"> 工业电气自动化技术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自动控制原理(一)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电气测量技术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工厂电气设备控制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生产作业管理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微型计算机技术及应用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10764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A080704</w:t>
              <w:br/>
              <w:t xml:space="preserve"> 电子技术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非线性电子电路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数字电路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微型计算机原理及应用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电路分析基础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电子测量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A080744</w:t>
              <w:br/>
              <w:t xml:space="preserve"> 数控技术应用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01667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数控加工工艺及设备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数控机床故障诊断与维护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电工电子技术基础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机械制图(三)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A080786</w:t>
              <w:br/>
              <w:t xml:space="preserve"> 移动商务技术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移动通信原理与应用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A080788</w:t>
              <w:br/>
              <w:t xml:space="preserve"> 嵌入式技术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嵌入式LINUX应用编程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ARM结构与程序开发入门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A080801</w:t>
              <w:br/>
              <w:t xml:space="preserve"> 房屋建筑工程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A081310</w:t>
              <w:br/>
              <w:t xml:space="preserve"> 营养、食品与健康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食品营养学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A082217</w:t>
              <w:br/>
              <w:t xml:space="preserve"> 电子政务（专科）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办公自动化原理及应用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A082229</w:t>
              <w:br/>
              <w:t xml:space="preserve"> 汽车服务工程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职业道德与礼仪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汽车售后服务管理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汽车应用英语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汽车发动机构造与维修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汽车营销技术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A090603</w:t>
              <w:br/>
              <w:t xml:space="preserve"> 乡镇企业管理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乡镇资源开发与环境保护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03971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经济学基础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乡镇企业生产管理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A090604</w:t>
              <w:br/>
              <w:t xml:space="preserve"> 农村财会与审计</w:t>
              <w:br/>
              <w:t xml:space="preserve"> （专科）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农业经济学(二)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02827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农村企事业会计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财务管理学(一)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农村政策法规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B020104</w:t>
              <w:br/>
              <w:t xml:space="preserve"> 财税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国际税收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国有资产管理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政府预算管理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财税史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外国财政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B020110</w:t>
              <w:br/>
              <w:t xml:space="preserve"> 国际贸易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B020157</w:t>
              <w:br/>
              <w:t xml:space="preserve"> 财务会计与审计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00061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国家税收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财务会计专题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会计制度设计与比较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财政与农村金融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管理与成本会计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审计学原理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B020177</w:t>
              <w:br/>
              <w:t xml:space="preserve"> 投资理财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税收筹划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04762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房地产投资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金融营销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金融理财分析</w:t>
              <w:br/>
              <w:t xml:space="preserve"> 技术与技巧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07250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投资学原理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金融理财规划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B020180</w:t>
              <w:br/>
              <w:t xml:space="preserve"> 会展管理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会展营销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会议酒店管理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会展经济学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会展客户关系管理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会展管理信息系统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B020204</w:t>
              <w:br/>
              <w:t xml:space="preserve"> 会计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00974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统计学原理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微观经济学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B020208</w:t>
              <w:br/>
              <w:t xml:space="preserve"> 市场营销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企业形象设计(CIS)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07353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管理学原理(一)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B020216</w:t>
              <w:br/>
              <w:t xml:space="preserve"> 电子商务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B020218</w:t>
              <w:br/>
              <w:t xml:space="preserve"> 人力资源管理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人事管理学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现代人员测评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工资管理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劳动社会学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社会保障学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人口与劳动资源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劳动力市场学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现代企业人力资源</w:t>
              <w:br/>
              <w:t xml:space="preserve"> 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国际劳务合作和海外就业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工作岗位研究原理与应用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现代公司管理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宏观劳动力配置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劳动争议处理概论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B020222</w:t>
              <w:br/>
              <w:t xml:space="preserve"> 物业管理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城市社区建设概论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物业信息管理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物业设备管理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物业管理国际标准</w:t>
              <w:br/>
              <w:t xml:space="preserve"> 与质量认证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06569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物业管理实务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05676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公司管理学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B020229</w:t>
              <w:br/>
              <w:t xml:space="preserve"> 物流管理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供应链与企业物流管理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企业物流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物流运输管理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供应链物流学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物流系统工程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仓储技术和库存理论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物流规划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B020230</w:t>
              <w:br/>
              <w:t xml:space="preserve"> 公共事业管理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文化管理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公共事业管理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劳动和社会保障概论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公共卫生管理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国土资源管理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B020235</w:t>
              <w:br/>
              <w:t xml:space="preserve"> 国际旅游管理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中国旅游文学作品选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旅游文化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旅游资源开发</w:t>
              <w:br/>
              <w:t xml:space="preserve"> 与环境保护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旅行社经营与管理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国际旅游饭店管理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旅游饭店设备管理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旅游地理学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旅游会计学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美食与菜系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国际旅游学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B020236</w:t>
              <w:br/>
              <w:t xml:space="preserve"> 会计电算化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面向对象数据库技术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08674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计算机网络基础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03703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国际会计与审计准则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B020256</w:t>
              <w:br/>
              <w:t xml:space="preserve"> 项目管理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项目范围管理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管理数量方法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04154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项目采购管理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项目时间管理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项目质量管理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项目成本管理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项目论证与评估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项目人力资源</w:t>
              <w:br/>
              <w:t xml:space="preserve"> 与沟通管理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B020277</w:t>
              <w:br/>
              <w:t xml:space="preserve"> 环境保护与管理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环境化学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环境生态学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环境微生物学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大气污染控制技术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固体废物管理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城市生态与环境学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环境学原理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环境规划与管理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环境地学基础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环境仪器分析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环境保护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技术经济学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B020279</w:t>
              <w:br/>
              <w:t xml:space="preserve"> 工程管理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建筑力学与结构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工程造价确定与控制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施工技术与组织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03823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建筑制图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建筑法规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工程招标与合同管理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工程经济学与项目融资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土木工程概论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B020282</w:t>
              <w:br/>
              <w:t xml:space="preserve"> 采购与供应管理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采购与供应关系管理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采购绩效管理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采购项目管理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运作管理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B020309</w:t>
              <w:br/>
              <w:t xml:space="preserve"> 现代企业管理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现代企业管理信息系统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中小企业战略管理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工作分析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08819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企业管理咨询与诊断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企业内部控制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人力资源开发与管理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07114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现代物流学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客户服务管理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07481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管理学基础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资本运营与融资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销售业务管理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团队管理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B030203</w:t>
              <w:br/>
              <w:t xml:space="preserve"> 社会工作与管理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社会统计学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团体社会工作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人类成长与环境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中国福利思想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绩效管理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西方社会学理论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个案社会工作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社会行政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B040102</w:t>
              <w:br/>
              <w:t xml:space="preserve"> 学前教育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学前教育科学研究</w:t>
              <w:br/>
              <w:t xml:space="preserve"> 与论文写作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学前儿童家庭教育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学前儿童心理卫生与辅导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00399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学前游戏论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学前教育行政与管理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儿童文学名著导读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学前教育诊断与咨询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B040107</w:t>
              <w:br/>
              <w:t xml:space="preserve"> 教育管理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班级管理学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现代学校人力资源管理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教育财政学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高等教育管理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B040108</w:t>
              <w:br/>
              <w:t xml:space="preserve"> 教育学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教育学(二)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学校管理学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01282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外国教育史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07824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语文教育学导论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B040110</w:t>
              <w:br/>
              <w:t xml:space="preserve"> 心理健康教育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社会心理学(一)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实验心理学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认知心理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03519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心理测评技术与档案建立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心理与教育统计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人格心理学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04267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学习心理与辅导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B040302</w:t>
              <w:br/>
              <w:t xml:space="preserve"> 体育教育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11123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社会体育学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00486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运动生理学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体育管理学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体育科研方法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06743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运动医学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B050113</w:t>
              <w:br/>
              <w:t xml:space="preserve"> 汉语言文学教育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中国近代文学史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唐诗宋词研究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04579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中学语文教学法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古代汉语(一)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近代汉语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中国当代文学史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B050206</w:t>
              <w:br/>
              <w:t xml:space="preserve"> 英语教育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07374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中学英语教学法(小教)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美国文学选读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英语语言学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英国文学选读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英语论文写作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高级英语(二)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10876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英美报刊选读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基础英语(三)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外语教学心理学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B050218</w:t>
              <w:br/>
              <w:t xml:space="preserve"> 商务英语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05355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商务英语阅读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商务英语写作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B050302</w:t>
              <w:br/>
              <w:t xml:space="preserve"> 广告学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广告法规与管理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广播电视广告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中外广告史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广告策划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00850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广告设计基础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平面广告设计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B050311</w:t>
              <w:br/>
              <w:t xml:space="preserve"> 广播电视编导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电视采访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电视画面编辑基础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电视摄影造型基础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电视文艺编导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电视艺术片创作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电视节目包装与编排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B050408</w:t>
              <w:br/>
              <w:t xml:space="preserve"> 音乐教育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06955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中国音乐史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04366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曲式与作品分析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和声学(二)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简明配器法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复调音乐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外国音乐史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11427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歌曲作法(二)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B050410</w:t>
              <w:br/>
              <w:t xml:space="preserve"> 美术教育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美术教育学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中国画论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00744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美术鉴赏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B050418</w:t>
              <w:br/>
              <w:t xml:space="preserve"> 数字媒体艺术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00504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艺术概论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多媒体技术应用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Visual Basic程序设计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B050437</w:t>
              <w:br/>
              <w:t xml:space="preserve"> 艺术设计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04026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10177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设计基础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B070102</w:t>
              <w:br/>
              <w:t xml:space="preserve"> 数学教育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数学分析续论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10544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线性规划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常微分方程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初等数论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中学数学方法论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应用统计方法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复变函数论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C语言程序设计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概率论与数理统计(三)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组合数学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近世代数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B080324</w:t>
              <w:br/>
              <w:t xml:space="preserve"> 机械设计制造与自动化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机械制造装备设计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几何量公差与检测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01099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机械制造技术基础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计算机辅助工程软件(UG)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03631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液压与气压传动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01457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企业应用文写作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01102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机电传动与控制技术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01891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车身工程应用数学基础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电子信息技术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05785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数控原理与数控技术运用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B080603</w:t>
              <w:br/>
              <w:t xml:space="preserve"> 工业自动化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07961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工程数学(一)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02269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电工原理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02225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电机与拖动基础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08413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数据库原理与应用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电力拖动自动控制系统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02585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模拟电子技术基础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自动控制理论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计算机软件基础(二)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电力工程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微机原理及应用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B080787</w:t>
              <w:br/>
              <w:t xml:space="preserve"> 移动商务技术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09434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电子商务网络技术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10422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电子商务运营管理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B080789</w:t>
              <w:br/>
              <w:t xml:space="preserve"> 嵌入式技术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ARM体系结构与编程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02294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微机控制技术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12575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嵌入式系统设计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02358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单片机原理及应用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12736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嵌入式LINUX系统</w:t>
              <w:br/>
              <w:t xml:space="preserve"> 开发与应用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02376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信息系统开发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B080806</w:t>
              <w:br/>
              <w:t xml:space="preserve"> 建筑工程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02394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房屋建筑学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08262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房地产开发与经营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00174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工程项目管理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02655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建筑施工(二)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B081205</w:t>
              <w:br/>
              <w:t xml:space="preserve"> 化学工程与工艺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有机化学（二）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02489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化工设计概论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无机及分析化学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石油炼制工程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04884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化工技术经济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化工原理（二）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05044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化学反应工程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化学品安全管理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化工机械基础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水污染控制工程(一)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09393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化工仪表及自动化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石油储运概论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石油化工工艺学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04526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环境工程导论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高分子化工基础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腐蚀与防腐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加油加气站</w:t>
              <w:br/>
              <w:t xml:space="preserve"> 设计与管理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精细有机合成化学</w:t>
              <w:br/>
              <w:t xml:space="preserve"> 与工艺学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石油产品应用技术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12319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化工产品检测技术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B081726</w:t>
              <w:br/>
              <w:t xml:space="preserve"> 汽车维修与检测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01832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机械测试技术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04912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汽车电子控制技术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05838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汽车故障分析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03483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发动机原理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汽车构造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05913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汽车维修技术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08518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汽车安全检测技术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汽车运用工程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B082218</w:t>
              <w:br/>
              <w:t xml:space="preserve"> 电子政务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公共管理学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政府信息资源管理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政府经济学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社区社会工作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网站建设与管理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电子政务理论与技术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信息化理论与实践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信息与网络安全管理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电子政务案例分析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B082231</w:t>
              <w:br/>
              <w:t xml:space="preserve"> 工程造价管理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项目决策分析与评价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03305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城市规划原理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建筑工程合同</w:t>
              <w:br/>
              <w:t xml:space="preserve"> （含FIDIC）条款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04228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建设工程工程量清单</w:t>
              <w:br/>
              <w:t xml:space="preserve"> 计价实务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04230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建设监理导论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B090403</w:t>
              <w:br/>
              <w:t xml:space="preserve"> 畜牧兽医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02765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家畜解剖及组织胚胎学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02771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家畜环境卫生学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兽医学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家畜病理学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06497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动物营养学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11431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动物卫生检疫学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家畜内科学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02790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家畜外科学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B090624</w:t>
              <w:br/>
              <w:t xml:space="preserve"> 乡镇区域发展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00287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发展社会学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00136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农业企业管理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03164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环境科学概论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农业区划与布局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乡镇经济发展</w:t>
              <w:br/>
              <w:t xml:space="preserve"> 调查与分析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写作基础与应用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环境质量分析与评价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06215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农业生态学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区域经济管理学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05162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区域可持续发展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04537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小城镇发展与规划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07089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区域经济学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B100805</w:t>
              <w:br/>
              <w:t xml:space="preserve"> 药学</w:t>
              <w:br/>
              <w:t xml:space="preserve"> （独立本科段）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药事管理学(二)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02087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分子生物学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药物分析(三)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01761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药剂学(二)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有机化学(五)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03049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数理统计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01759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药物化学(二)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02051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物理化学(二)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06831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药理学(四)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05524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药用植物与生药学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C050105</w:t>
              <w:br/>
              <w:t xml:space="preserve"> 汉语言文学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现代汉语语法研究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00814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中国古代文论选读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民间文学概论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C050125</w:t>
              <w:br/>
              <w:t xml:space="preserve"> 商务秘书</w:t>
              <w:br/>
              <w:t xml:space="preserve"> 〔商务管理〕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历代应用文选读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07798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商品学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02182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文献检索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07786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11516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国际商务谈判实务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传播与广告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08019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理财学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秘书外事管理实务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商标管理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08020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商务秘书学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11599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国际商务法律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C050201</w:t>
              <w:br/>
              <w:t xml:space="preserve"> 英语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第二外语(日语)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C050202</w:t>
              <w:br/>
              <w:t xml:space="preserve"> 日语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日语翻译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00609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日本文学选读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日本社会文化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高级日语(二)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第二外语(英语)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00611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日语句法篇章法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06042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日语写作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05442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日语语言学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C050208</w:t>
              <w:br/>
              <w:t xml:space="preserve"> 日语</w:t>
              <w:br/>
              <w:t xml:space="preserve"> （基础科段）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00606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日语阅读(二)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基础日语(一)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00843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日语阅读(一)</w:t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00608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日本国概况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00607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日语语法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11600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日语综合技能(一)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C050305</w:t>
              <w:br/>
              <w:t xml:space="preserve"> 新闻学</w:t>
              <w:br/>
              <w:t xml:space="preserve"> （本科段）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18960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礼仪学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07564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唐宋词研究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11345</w:t>
            </w:r>
          </w:p>
        </w:tc>
        <w:tc>
          <w:tcPr>
            <w:tcW w:type="dxa" w:w="1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文体写作</w:t>
            </w:r>
          </w:p>
        </w:tc>
      </w:tr>
    </w:tbl>
    <w:p/>
    <w:sectPr w:rsidR="00FC693F" w:rsidRPr="0006063C" w:rsidSect="00034616">
      <w:footerReference w:type="default" r:id="rId9"/>
      <w:pgSz w:w="15840" w:h="122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