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关于印发广东省2025年普通高校招生统一考试体育类专业省统考科目和要求的通知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https://szeb.sz.gov.cn/szzkw/zkgg/gkxx/content/post_11638466.html</w:t>
        </w:r>
      </w:hyperlink>
    </w:p>
    <w:p>
      <w:r>
        <w:t>原文含音频或视频。Word和PDF保留静态正文及媒体观看链接，未把音视频转录成文字。</w:t>
      </w:r>
    </w:p>
    <w:p/>
    <w:p>
      <w:r>
        <w:t>粤考院函〔2024〕118号</w:t>
      </w:r>
    </w:p>
    <w:p>
      <w:r>
        <w:t>各地级以上市招生办公室（考试中心、考试院），各普通高校：</w:t>
      </w:r>
    </w:p>
    <w:p>
      <w:r>
        <w:t>现将《广东省2025年普通高校招生统一考试体育类专业省统考科目和要求》（见附件）印发给你们，我省2025年普通高校招生统一考试体育类专业省统考照此执行。具体考试时间和地点另文通知。</w:t>
      </w:r>
    </w:p>
    <w:p>
      <w:r>
        <w:t>请各地市及时将有关安排和要求通知各相关中学和考生。</w:t>
      </w:r>
    </w:p>
    <w:p>
      <w:r>
        <w:t>附件：广东省2025年普通高校招生统一考试体育类专业省统考科目和要求</w:t>
      </w:r>
    </w:p>
    <w:p>
      <w:r>
        <w:t>来源：广东省教育考试院</w:t>
      </w:r>
    </w:p>
    <w:p>
      <w:r>
        <w:t>广东省2025年普通高校招生统一考试体育类专业省统考科目和要求.pdf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广东省2025年普通高校招生统一考试体育类专业省统考科目和要求.pdf</w:t>
        </w:r>
      </w:hyperlink>
    </w:p>
    <w:p>
      <w:r>
        <w:rPr>
          <w:sz w:val="16"/>
        </w:rPr>
        <w:t>https://szeb.sz.gov.cn/attachment/1/1496/1496050/11638466.pdf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1.健美操规定成套动作配乐.mp3 原始媒体 观看链接</w:t>
        </w:r>
      </w:hyperlink>
    </w:p>
    <w:p>
      <w:r>
        <w:t>https://szeb.sz.gov.cn/attachment/1/1496/1496043/11638466.mp3</w:t>
      </w:r>
    </w:p>
    <w:p>
      <w:hyperlink r:id="rId13">
        <w:r>
          <w:rPr>
            <w:color w:val="18548A"/>
          </w:rPr>
          <w:t>2.健美操规定成套动作-完整示范.mp4 原始媒体 观看链接</w:t>
        </w:r>
      </w:hyperlink>
    </w:p>
    <w:p>
      <w:r>
        <w:t>https://szeb.sz.gov.cn/attachment/1/1496/1496045/11638466.mp4</w:t>
      </w:r>
    </w:p>
    <w:p>
      <w:hyperlink r:id="rId14">
        <w:r>
          <w:rPr>
            <w:color w:val="18548A"/>
          </w:rPr>
          <w:t>3.健美操规定成套动作-教学示范.mp4 原始媒体 观看链接</w:t>
        </w:r>
      </w:hyperlink>
    </w:p>
    <w:p>
      <w:r>
        <w:t>https://szeb.sz.gov.cn/attachment/1/1496/1496072/11638466.mp4</w:t>
      </w:r>
    </w:p>
    <w:p>
      <w:hyperlink r:id="rId15">
        <w:r>
          <w:rPr>
            <w:color w:val="18548A"/>
          </w:rPr>
          <w:t>4.啦啦操规定成套动作配乐.mp3 原始媒体 观看链接</w:t>
        </w:r>
      </w:hyperlink>
    </w:p>
    <w:p>
      <w:r>
        <w:t>https://szeb.sz.gov.cn/attachment/1/1496/1496046/11638466.mp3</w:t>
      </w:r>
    </w:p>
    <w:p>
      <w:hyperlink r:id="rId16">
        <w:r>
          <w:rPr>
            <w:color w:val="18548A"/>
          </w:rPr>
          <w:t>5.啦啦操规定成套动作-完整示范.mp4 原始媒体 观看链接</w:t>
        </w:r>
      </w:hyperlink>
    </w:p>
    <w:p>
      <w:r>
        <w:t>https://szeb.sz.gov.cn/attachment/1/1496/1496048/11638466.mp4</w:t>
      </w:r>
    </w:p>
    <w:p>
      <w:hyperlink r:id="rId17">
        <w:r>
          <w:rPr>
            <w:color w:val="18548A"/>
          </w:rPr>
          <w:t>6.啦啦操规定成套动作-教学示范.mp4 原始媒体 观看链接</w:t>
        </w:r>
      </w:hyperlink>
    </w:p>
    <w:p>
      <w:r>
        <w:t>https://szeb.sz.gov.cn/attachment/1/1496/1496049/11638466.mp4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638466.html" TargetMode="External"/><Relationship Id="rId11" Type="http://schemas.openxmlformats.org/officeDocument/2006/relationships/hyperlink" Target="https://szeb.sz.gov.cn/attachment/1/1496/1496050/11638466.pdf" TargetMode="External"/><Relationship Id="rId12" Type="http://schemas.openxmlformats.org/officeDocument/2006/relationships/hyperlink" Target="https://szeb.sz.gov.cn/attachment/1/1496/1496043/11638466.mp3" TargetMode="External"/><Relationship Id="rId13" Type="http://schemas.openxmlformats.org/officeDocument/2006/relationships/hyperlink" Target="https://szeb.sz.gov.cn/attachment/1/1496/1496045/11638466.mp4" TargetMode="External"/><Relationship Id="rId14" Type="http://schemas.openxmlformats.org/officeDocument/2006/relationships/hyperlink" Target="https://szeb.sz.gov.cn/attachment/1/1496/1496072/11638466.mp4" TargetMode="External"/><Relationship Id="rId15" Type="http://schemas.openxmlformats.org/officeDocument/2006/relationships/hyperlink" Target="https://szeb.sz.gov.cn/attachment/1/1496/1496046/11638466.mp3" TargetMode="External"/><Relationship Id="rId16" Type="http://schemas.openxmlformats.org/officeDocument/2006/relationships/hyperlink" Target="https://szeb.sz.gov.cn/attachment/1/1496/1496048/11638466.mp4" TargetMode="External"/><Relationship Id="rId17" Type="http://schemas.openxmlformats.org/officeDocument/2006/relationships/hyperlink" Target="https://szeb.sz.gov.cn/attachment/1/1496/1496049/11638466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