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48f9e8d720691ae93632e0f495c0af98c2f74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48f9e8d720691ae93632e0f495c0af98c2f74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