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关于调整我省2024年10月自学考试“设计概论”等3门课程考试安排的通知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2024-07-17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https://szeb.sz.gov.cn/szzkw/zkgg/zkxx1/content/post_11440178.html</w:t>
        </w:r>
      </w:hyperlink>
    </w:p>
    <w:p/>
    <w:p>
      <w:r>
        <w:t>粤考办〔2024〕10号</w:t>
      </w:r>
    </w:p>
    <w:p>
      <w:r>
        <w:t>各地级以上市自学考试工作委员会，有关主考学校：</w:t>
      </w:r>
    </w:p>
    <w:p>
      <w:r>
        <w:t>根据教育部教育考试院相关通知要求，结合我省实际，现对我省自学考试2024年10月安排开考的“设计概论”等3门全国统考课程调整如下：</w:t>
      </w:r>
    </w:p>
    <w:p>
      <w:r>
        <w:t>一、工业设计（专科，专业代码：460105）和艺术设计（专科，专业代码：550101）两个专业取消“设计概论”（课程代码：00688）课程开考安排。</w:t>
      </w:r>
    </w:p>
    <w:p>
      <w:r>
        <w:t>二、产品设计（专升本，专业代码：130504）专业取消“产品开发设计”（课程代码：00703）课程开考安排。</w:t>
      </w:r>
    </w:p>
    <w:p>
      <w:r>
        <w:t>三、网络与新媒体（专升本，专业代码：050306T）专业取消“舆论学”（课程代码：08257）课程开考安排。</w:t>
      </w:r>
    </w:p>
    <w:p>
      <w:r>
        <w:t>请各有关单位及时做好宣传告知和相关工作安排。</w:t>
      </w:r>
    </w:p>
    <w:p>
      <w:r>
        <w:t>广东省自学考试委员会办公室</w:t>
      </w:r>
    </w:p>
    <w:p>
      <w:r>
        <w:t>2024年7月11日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4401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