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关于推迟2020年上半年中小学教师资格考试和教师资格认定有关工作的公告</w:t>
      </w:r>
    </w:p>
    <w:p>
      <w:r>
        <w:rPr>
          <w:sz w:val="18"/>
        </w:rPr>
        <w:t>整理归属  深圳市招生考试办公室</w:t>
      </w:r>
    </w:p>
    <w:p>
      <w:r>
        <w:rPr>
          <w:sz w:val="18"/>
        </w:rPr>
        <w:t>发布日期  2020-02-13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https://szeb.sz.gov.cn/szzkw/zkgg/skxx/content/post_8946829.html</w:t>
        </w:r>
      </w:hyperlink>
    </w:p>
    <w:p/>
    <w:p>
      <w:r>
        <w:t>根据党中央、国务院关于新型冠状病毒感染的肺炎疫情防控工作有关精神和教育部相关通知要求，在疫情流行期间不举办大型聚集性活动和考试，原定于3月中旬进行的中小学教师资格考试和教师资格认定工作推迟举行，具体考试时间和认定报名时间将根据疫情防控进展情况另行通知。</w:t>
      </w:r>
    </w:p>
    <w:p>
      <w:r>
        <w:t>感谢大家的理解支持。</w:t>
      </w:r>
    </w:p>
    <w:p>
      <w:r>
        <w:t>教育部</w:t>
      </w:r>
    </w:p>
    <w:p>
      <w:r>
        <w:t>2020年2月12日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