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2024年北师港浸大校园开放日欢迎您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https://szeb.sz.gov.cn/szzkw/zkgg/gkxx/content/post_11262920.html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dab4554194f54c6bdfe6aa477fdec16325296c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90024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dab4554194f54c6bdfe6aa477fdec16325296c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002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5832f73255621621e3b329b53ddb3bec5a860a4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6098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5832f73255621621e3b329b53ddb3bec5a860a4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09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bf90d235bc2a44f1f4f96505bf8eb80eb9e292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82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bf90d235bc2a44f1f4f96505bf8eb80eb9e292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2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262432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bf90d235bc2a44f1f4f96505bf8eb80eb9e292-00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24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d52d6af7a6e7381d2640df3c1cf38dc8bf1fc35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650321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d52d6af7a6e7381d2640df3c1cf38dc8bf1fc35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503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805220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929fc9f70986256081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52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092115b4bd12e319ad1cca85c84aad17a51a97-0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4821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092115b4bd12e319ad1cca85c84aad17a51a97-00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2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4821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092115b4bd12e319ad1cca85c84aad17a51a97-00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2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4821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092115b4bd12e319ad1cca85c84aad17a51a97-00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2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191383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092115b4bd12e319ad1cca85c84aad17a51a97-00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13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d01120dfd07b83fe604ae674fcab2ae80f3fa3d-00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821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d01120dfd07b83fe604ae674fcab2ae80f3fa3d-00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2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360365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d01120dfd07b83fe604ae674fcab2ae80f3fa3d-002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5144987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353f4a6551d1d849e3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1449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039592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c78348fa8ee09a12a4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039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来源：北师港浸大招生办公室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26292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jp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jpg"/><Relationship Id="rId30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