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深圳市招生考试办公室关于转发公布2025年第一次普通高中学业水平合格性考试成绩的通知</w:t>
      </w:r>
    </w:p>
    <w:p>
      <w:r>
        <w:rPr>
          <w:sz w:val="18"/>
        </w:rPr>
        <w:t>整理归属  深圳市招生考试办公室</w:t>
      </w:r>
    </w:p>
    <w:p>
      <w:r>
        <w:rPr>
          <w:sz w:val="18"/>
        </w:rPr>
        <w:t>发布日期  2025-02-17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https://szeb.sz.gov.cn/szzkw/qt/tzgg/content/post_12005047.html</w:t>
        </w:r>
      </w:hyperlink>
    </w:p>
    <w:p>
      <w:r>
        <w:t xml:space="preserve">同文来源  </w:t>
      </w:r>
      <w:hyperlink r:id="rId11">
        <w:r>
          <w:rPr>
            <w:color w:val="18548A"/>
          </w:rPr>
          <w:t>https://szeb.sz.gov.cn/szzkw/zkgg/gkxx/content/post_12005037.html</w:t>
        </w:r>
      </w:hyperlink>
    </w:p>
    <w:p/>
    <w:p>
      <w:r>
        <w:t>各区（大鹏新区、深汕特别合作区）教育行政部门，各有关学校、报名点：</w:t>
      </w:r>
    </w:p>
    <w:p>
      <w:r>
        <w:t>现将广东省教育考试院《关于公布2025年第一次普通高中学业水平合格性考试成绩的通知》（粤考院函〔2025〕11号）转发给你们，请及时做好通知工作，并按要求完成成绩复查程序。</w:t>
      </w:r>
    </w:p>
    <w:p>
      <w:r>
        <w:t>附件：广东省教育考试院关于公布2025年第一次普通高中学业水平合格性考试成绩的通知</w:t>
      </w:r>
    </w:p>
    <w:p>
      <w:r>
        <w:t>深圳市招生考试办公室</w:t>
      </w:r>
    </w:p>
    <w:p>
      <w:r>
        <w:t>2025年2月14日</w:t>
      </w:r>
    </w:p>
    <w:p>
      <w:r>
        <w:t>关于公布2025年第一次普通高中学业水平合格性考试成绩的通知</w:t>
      </w:r>
    </w:p>
    <w:p>
      <w:r>
        <w:t>各地级以上市招生办公室（考试中心、考试院）：</w:t>
      </w:r>
    </w:p>
    <w:p>
      <w:r>
        <w:t>我省2025年第一次普通高中学业水平合格性考试（以下简称高中学考）评卷工作已全部完成，现将考试成绩公布有关事宜通知如下：</w:t>
      </w:r>
    </w:p>
    <w:p>
      <w:r>
        <w:t>一、成绩公布时间和方式</w:t>
      </w:r>
    </w:p>
    <w:p>
      <w:r>
        <w:t>我院将于2025年2月18日10:00起发布2025年第一次高中学考成绩，考生可通过广东省教育考试院官微（ID：gdsksy）小程序、百度智能小程序或通过“广东招考在线”小程序查询成绩。3月17日10:00起，考生可以通过省教育考试院官微小程序、百度智能小程序自行下载并打印2025年第一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语文、数学和英语3科除呈现“合格/不合格”、单科分数和等级外，还呈现3科总分成绩（简称学考总分）和排位，其中艺体类（含体育类、音乐类、美术与设计类、舞蹈类）考生还呈现合成总分和排位。体育类专业合成总分计算公式为：考生总分=学考总分×40%+专业省统考成绩×1.5×60%。音乐类、美术与设计类和舞蹈类专业合成总分计算公式为：考生总分=学考总分×50%+专业省统考成绩×1.5×50%。符合政策加分的考生，以学考总分加照顾加分分值后再参与专业省统考合成总分计算和排序。考生成绩排序原则为：根据考生学考总分（艺体类为合成总分，含政策性加分）从高到低排序；学考总分（艺体类为合成总分，含政策性加分）相同时，比较语文、数学、英语3门科目合计成绩（不含政策性加分）高低，高者优先；语文、数学、英语3门科目合计成绩（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三、成绩复查程序和方式</w:t>
      </w:r>
    </w:p>
    <w:p>
      <w:r>
        <w:t>（一）申请复查。考生如对本人当次考试某科成绩有疑问，可于2月21日17：00前携带准考证，到所在中学或当地县（市、区）招生办公室（考试中心）提出复查分数的书面申请，填写《2025年第一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2月25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高中学考成绩是高校招生录取依据之一，各中学要提醒考生在指定的时间通过省教育考试院官微小程序或百度智能小程序下载成绩证书（电子版）后自行打印，并妥善保管。考生如因出国留学等需要，可以申请开具成绩证明，相关流程和要求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各有关省学业水平考试管理部门可在广东省教育考试院网站首页“报名报考”条目进入“高中学考—证书验证”（网址：http://www.eeagd.edu.cn/dzyz），对考生提交的成绩证书（电子版）进行验证。</w:t>
      </w:r>
    </w:p>
    <w:p>
      <w:r>
        <w:t>六、考生号或密码遗忘找回办法</w:t>
      </w:r>
    </w:p>
    <w:p>
      <w:r>
        <w:t>考生如遗忘密码，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附件：</w:t>
      </w:r>
    </w:p>
    <w:p>
      <w:r>
        <w:t>1.广东省2025年第一次普通高中学业水平考试成绩查询方式</w:t>
      </w:r>
    </w:p>
    <w:p>
      <w:r>
        <w:t>2.广东省2025年第一次普通高中学业水平考试考生成绩复查申请登记表</w:t>
      </w:r>
    </w:p>
    <w:p>
      <w:r>
        <w:t>广东省教育考试院</w:t>
      </w:r>
    </w:p>
    <w:p>
      <w:r>
        <w:t>2025年2月8日</w:t>
      </w:r>
    </w:p>
    <w:p>
      <w:r>
        <w:t>附件1.广东省2025年第一次普通高中学业水平合格性考试成绩查询方式</w:t>
      </w:r>
    </w:p>
    <w:p>
      <w:r>
        <w:t>一、官微小程序查询方式</w:t>
      </w:r>
    </w:p>
    <w:p>
      <w:r>
        <w:t>考生于2月18日10：00起，登录广东省教育考试院官方微信（ID：gdsksy），点击“小程序”，选择“考试成绩”查询成绩；3月17日10：00起，登录广东省教育考试院官方微信（ID：gdsksy），点击“小程序”，选择“证书打印”可下载、自行打印成绩证书。</w:t>
      </w:r>
    </w:p>
    <w:p>
      <w:r>
        <w:t>二、百度小程序查询方式</w:t>
      </w:r>
    </w:p>
    <w:p>
      <w:r>
        <w:t>考生于2月18日10：00起，通过百度App搜索“广东省教育考试院”，打开“广东省教育考试院—智能小程序”，点击“考试成绩”，输入考生号和密码登录查询成绩。3月17日10：00起，通过百度App打开“广东省教育考试院—智能小程序”，点击“证书打印”，通过考生号和密码登录，可下载成绩证书并自行打印。</w:t>
      </w:r>
    </w:p>
    <w:p>
      <w:r>
        <w:t>三、“广东招考在线”小程序查询方式</w:t>
      </w:r>
    </w:p>
    <w:p>
      <w:r>
        <w:t>考生于2月18日10：00起，通过微信搜索进入“广东招考在线”小程序，点击“成绩查询”，选择考生对应的考试类别，按指引查询考试成绩。</w:t>
      </w:r>
    </w:p>
    <w:p>
      <w:pPr>
        <w:keepNext/>
      </w:pPr>
      <w:r>
        <w:t>原图分页 1/2</w:t>
      </w:r>
    </w:p>
    <w:p>
      <w:r>
        <w:drawing>
          <wp:inline xmlns:a="http://schemas.openxmlformats.org/drawingml/2006/main" xmlns:pic="http://schemas.openxmlformats.org/drawingml/2006/picture">
            <wp:extent cx="6400800" cy="3809383"/>
            <wp:docPr id="1" name="Picture 1"/>
            <wp:cNvGraphicFramePr>
              <a:graphicFrameLocks noChangeAspect="1"/>
            </wp:cNvGraphicFramePr>
            <a:graphic>
              <a:graphicData uri="http://schemas.openxmlformats.org/drawingml/2006/picture">
                <pic:pic>
                  <pic:nvPicPr>
                    <pic:cNvPr id="0" name="b404f45d2c7e2ea8bf6063708086bb343e4f691a-000.png"/>
                    <pic:cNvPicPr/>
                  </pic:nvPicPr>
                  <pic:blipFill>
                    <a:blip r:embed="rId12"/>
                    <a:stretch>
                      <a:fillRect/>
                    </a:stretch>
                  </pic:blipFill>
                  <pic:spPr>
                    <a:xfrm>
                      <a:off x="0" y="0"/>
                      <a:ext cx="6400800" cy="380938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70857"/>
            <wp:docPr id="2" name="Picture 2"/>
            <wp:cNvGraphicFramePr>
              <a:graphicFrameLocks noChangeAspect="1"/>
            </wp:cNvGraphicFramePr>
            <a:graphic>
              <a:graphicData uri="http://schemas.openxmlformats.org/drawingml/2006/picture">
                <pic:pic>
                  <pic:nvPicPr>
                    <pic:cNvPr id="0" name="b404f45d2c7e2ea8bf6063708086bb343e4f691a-001.png"/>
                    <pic:cNvPicPr/>
                  </pic:nvPicPr>
                  <pic:blipFill>
                    <a:blip r:embed="rId13"/>
                    <a:stretch>
                      <a:fillRect/>
                    </a:stretch>
                  </pic:blipFill>
                  <pic:spPr>
                    <a:xfrm>
                      <a:off x="0" y="0"/>
                      <a:ext cx="6400800" cy="437085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05047.html" TargetMode="External"/><Relationship Id="rId11" Type="http://schemas.openxmlformats.org/officeDocument/2006/relationships/hyperlink" Target="https://szeb.sz.gov.cn/szzkw/zkgg/gkxx/content/post_12005037.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