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2021年成人高考考生防疫须知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2021-10-08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成考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https://szeb.sz.gov.cn/szzkw/zkgg/ckxx/content/post_9236777.html</w:t>
        </w:r>
      </w:hyperlink>
    </w:p>
    <w:p/>
    <w:p>
      <w:r>
        <w:t>各位考生：</w:t>
      </w:r>
    </w:p>
    <w:p>
      <w:r>
        <w:t>2021年成人高考将于10月23日至24日举行。为保障广大考生的生命安全和身体健康，稳妥做好成人高考工作，根据省市有关疫情防控工作要求，现将疫情防控要求告知如下：</w:t>
      </w:r>
    </w:p>
    <w:p>
      <w:r>
        <w:t>一、考前准备——考生健康情况监测</w:t>
      </w:r>
    </w:p>
    <w:p>
      <w:r>
        <w:t>（一）所有考生须注册“粤康码”信息。</w:t>
      </w:r>
    </w:p>
    <w:p>
      <w:r>
        <w:t>（二）尚在外地的考生应了解考点所在地疫情防控相关要求，及时返回，并按属地化要求和规定进行管理，以免耽误考试。根据我省卫生防疫相关规定，从境外或中高风险地区返粤及“粤康码”红、黄码的人员，须按当地要求先隔离14天。</w:t>
      </w:r>
    </w:p>
    <w:p>
      <w:r>
        <w:t>以下考生须提供考前72小时内核酸检测阴性证明：一是考前健康监测发现身体状况异常的人员；二是14天内从国内中、高风险区域所在城市（无中、高风险区域旅居史）进入广东的人员；三是14天内有国内中、高风险区域旅居史，且已配合完成属地防疫措施的人员；四是21天内有境外旅居史，且已完成14天集中隔离医学观察，但解除隔离未满7天的人员；五是未按要求申报（含线上线下）考前14天个人健康信息和行动轨迹的人员。</w:t>
      </w:r>
    </w:p>
    <w:p>
      <w:r>
        <w:t>（三）10月9日起，所有考生每天13点前须通过广东省教育考试院微信公众号【办事服务—健康上报】进行考前连续14天健康状况和行动轨迹申报。无法线上申报的考生应如实填写考前14天个人健康信息申报表（见附件），并在参加每场考试时提交考点工作人员。未按上述要求每天申报（含线上线下）个人健康情况和行动轨迹的考生，须提供考前72小时内核酸检测阴性证明，方可参加考试。</w:t>
      </w:r>
    </w:p>
    <w:p>
      <w:r>
        <w:t>（四）考生应注意个人卫生和防护，尽量避免与外地来粤人员接触，避免去人群聚集的场所。</w:t>
      </w:r>
    </w:p>
    <w:p>
      <w:r>
        <w:t>（五）考前14天内出现发热、干咳、乏力、鼻塞、流涕、咽痛、腹泻等可疑症状、有境外或中高风险地区活动轨迹或“粤康码”为红、黄码的人员，应立即报告当地教育行政部门，按规定及时就医排查。相关考生须提供考前72小时内核酸检测阴性证明，方可参加考试。</w:t>
      </w:r>
    </w:p>
    <w:p>
      <w:r>
        <w:t>二、考试实施</w:t>
      </w:r>
    </w:p>
    <w:p>
      <w:r>
        <w:t>（一）考生入场、候考和考试</w:t>
      </w:r>
    </w:p>
    <w:p>
      <w:r>
        <w:t>1、考前60分钟起（规模较大考点可再提前），考点组织考生，沿体温检测通道，分散有序入场，保持间隔。所有考生要求佩戴口罩，逐一检测体温，核查准考证、身份证和粤康码。临时出现体温异常的考生，可根据医疗卫生专业人员指引，先在临时观察区进行复核评估后作下一步处置。发热考生凭准考证、身份证和核酸检测阴性证明等材料，经卫生专业人员评估后，具备条件的，由专人引导，前往备用隔离考场。</w:t>
      </w:r>
    </w:p>
    <w:p>
      <w:r>
        <w:t>2、考生进入考场前宜用速干手消毒剂进行手消毒或者洗手。</w:t>
      </w:r>
    </w:p>
    <w:p>
      <w:r>
        <w:t>3、低风险地区的考生在进入考场前要佩戴口罩，进入考场就座后，考生可以自主决定是否继续佩戴；非低风险地区、备用隔离考场的考生要全程佩戴口罩。</w:t>
      </w:r>
    </w:p>
    <w:p>
      <w:r>
        <w:t>4、考生进行身份核验时需摘除口罩，不得因为佩戴口罩影响身份核验。</w:t>
      </w:r>
    </w:p>
    <w:p>
      <w:r>
        <w:t>（二）备用隔离考场考务安排</w:t>
      </w:r>
    </w:p>
    <w:p>
      <w:r>
        <w:t>1、考试当天有发热、咳嗽等呼吸道症状者，须安排在备用隔离考场考试。</w:t>
      </w:r>
    </w:p>
    <w:p>
      <w:r>
        <w:t>2、考生进入考场前，必须用速干手消毒剂进行手消毒，考试过程考生应全程佩戴口罩。</w:t>
      </w:r>
    </w:p>
    <w:p>
      <w:r>
        <w:t>（三）考试结束</w:t>
      </w:r>
    </w:p>
    <w:p>
      <w:r>
        <w:t>考生散场时要按监考员的指令有序离场，不得拥挤，保持人员间距。考点可安排各考场错峰离场。</w:t>
      </w:r>
    </w:p>
    <w:p>
      <w:r>
        <w:t>考试疫情防控相关规定如有调整，我办将及时发布补充通知，请广大考生务必密切关注深圳市招生考试办公室官方微信公众号。</w:t>
      </w:r>
    </w:p>
    <w:p>
      <w:r>
        <w:t>广东省2021年成人高考健康信息申报表.doc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广东省2021年成人高考健康信息申报表.doc</w:t>
        </w:r>
      </w:hyperlink>
    </w:p>
    <w:p>
      <w:r>
        <w:rPr>
          <w:sz w:val="16"/>
        </w:rPr>
        <w:t>https://szeb.sz.gov.cn/attachment/0/857/857392/9236777.doc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ckxx/content/post_9236777.html" TargetMode="External"/><Relationship Id="rId11" Type="http://schemas.openxmlformats.org/officeDocument/2006/relationships/hyperlink" Target="https://szeb.sz.gov.cn/attachment/0/857/857392/9236777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