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广东省2026年重点高校招生专项计划资格审核通过考生补充公示名单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招考公示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https://eea.gd.gov.cn/zwgk_zkgs/content/post_4910063.html</w:t>
        </w:r>
      </w:hyperlink>
    </w:p>
    <w:p/>
    <w:p>
      <w:r>
        <w:t>现补充公示广东省2026年重点高校招生专项计划资格审核通过考生名单，公示期10天。</w:t>
      </w:r>
    </w:p>
    <w:p>
      <w:r>
        <w:t>个人或单位如对公示名单有异议，可向河源市市教育局、招生办或省招生办反映，反映意见须内容真实且具体明确，属个人反映的需签署真实姓名、联系电话，属单位反映的需加盖公章、注明联系方式，否则不予受理。省招生办联系电话：020-62833628。</w:t>
      </w:r>
    </w:p>
    <w:p>
      <w:r>
        <w:t>附件：广东省2026年重点高校招生专项计划资格审核通过考生补充公示名单</w:t>
      </w:r>
    </w:p>
    <w:p>
      <w:r>
        <w:t>广东省招生委员会办公室</w:t>
      </w:r>
    </w:p>
    <w:p>
      <w:r>
        <w:t>2026年6月8日</w:t>
      </w:r>
    </w:p>
    <w:p>
      <w:r>
        <w:drawing>
          <wp:inline xmlns:a="http://schemas.openxmlformats.org/drawingml/2006/main" xmlns:pic="http://schemas.openxmlformats.org/drawingml/2006/picture">
            <wp:extent cx="6400800" cy="15369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6bbb6dd4f56f5bf38f68f2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53695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zkgs/content/post_4910063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