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https://szeb.sz.gov.cn/szzkw/zkcx/zxks/zkzy/zkcc/content/post_8949034.html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800575172df9f3b3493f70c3d025f6f454fead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800575172df9f3b3493f70c3d025f6f454fead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3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