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9c9db204568ff581ee52387f6f3fecc8bf88a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9c9db204568ff581ee52387f6f3fecc8bf88a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