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关于领取2020年上半年自考毕业证书的通知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https://szeb.sz.gov.cn/szzkw/zkgg/zkxx1/content/post_8949642.html</w:t>
        </w:r>
      </w:hyperlink>
    </w:p>
    <w:p/>
    <w:p>
      <w:r>
        <w:t>各有关考生：</w:t>
      </w:r>
    </w:p>
    <w:p>
      <w:r>
        <w:t>根据省教育考试院工作安排，2020年上半年省自考毕业审核工作已经结束，我市共有4587名考生获得大学本、专科文凭。现将有关毕业证领取事项通知如下：</w:t>
      </w:r>
    </w:p>
    <w:p>
      <w:r>
        <w:t>一、领证时间</w:t>
      </w:r>
    </w:p>
    <w:p>
      <w:r>
        <w:t>2020年10月26日至27日（星期一至星期二，共2天），上午9:00-12:00，下午2:00-6:00。</w:t>
      </w:r>
    </w:p>
    <w:p>
      <w:r>
        <w:t>二、领证方式</w:t>
      </w:r>
    </w:p>
    <w:p>
      <w:r>
        <w:t>因疫情防控需要，避免人员大规模聚集，本次我市采用手机预约的方式发放毕业证。考生即日起可通过我办微信公众号（“深圳市招生考试办公室”）考生服务栏预约领取。预约成功的考生本人凭身份证、办理毕业证回执及预约短信，按预约时间段到深圳市招生考试办公室（地址：罗湖区泥岗西路1068号,联系电话：82181999）一楼大堂领取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</w:t>
      </w:r>
    </w:p>
    <w:p>
      <w:r>
        <w:t>和代领者承担。</w:t>
      </w:r>
    </w:p>
    <w:p>
      <w:r>
        <w:t>三、注意事项</w:t>
      </w:r>
    </w:p>
    <w:p>
      <w:r>
        <w:t>（一）在2020年6月办理了毕业手续的考生，可通过“深圳招考网”（网址：http://zkb.sz.gov.cn）查询审核结果。如通过审核，请考生记下自己的毕业生档案号，并在领证时出示该档案号。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（二）目前处于疫情防控阶段，请考生按预约时间段前往领证，避免人员聚集。</w:t>
      </w:r>
    </w:p>
    <w:p>
      <w:r>
        <w:t>（三）预约成功的考生必须做好自身疫情防护措施，提前注册“粤康码”，凭粤康码绿码进入领证场地，服从现场指挥。</w:t>
      </w:r>
    </w:p>
    <w:p>
      <w:r>
        <w:t>（四）近期有咳嗽、发烧等身体异常的考生请不要预约。未在规定时间领取毕业证的考生，可以在其他工作时间到我办一楼招考服务大厅领取（领证条件同上）。</w:t>
      </w:r>
    </w:p>
    <w:p>
      <w:r>
        <w:t>（五）领证现场不提供停车位，请考生选择好出行方式。</w:t>
      </w:r>
    </w:p>
    <w:p>
      <w:r>
        <w:t>（六）在助学单位接受培训并提交办理毕业手续资料的学员，毕业证书由助学单位集中发放，请考生直接与所在助学单位联系。集中发放毕业证书的助学单位如下：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单位名称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单位名称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深圳自学考试辅导学院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广东新安职业技术学院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深圳市农科培训中心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深圳市世图教育培训中心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深圳爱华人才培训中心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深圳大学管理学院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深圳柏泰培训中心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深圳大学计算机与软件学院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深圳市中鹏教育培训中心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深圳大学继续教育学院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深圳市达闻培训中心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深圳岭东培训中心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深圳市文化管理培训中心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深圳市升学教育培训中心</w:t>
            </w:r>
          </w:p>
        </w:tc>
      </w:tr>
    </w:tbl>
    <w:p/>
    <w:p>
      <w:r>
        <w:t>深圳市招生考试办公室</w:t>
      </w:r>
    </w:p>
    <w:p>
      <w:r>
        <w:t>2020年10月21日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