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深圳市2022年下半年全国中小学教师资格考试（笔试）防疫要求温馨提示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https://szeb.sz.gov.cn/szzkw/zkgg/skxx/content/post_10183839.html</w:t>
        </w:r>
      </w:hyperlink>
    </w:p>
    <w:p/>
    <w:p>
      <w:r>
        <w:t>各位考生：</w:t>
      </w:r>
    </w:p>
    <w:p>
      <w:r>
        <w:t>2022年下半年全国中小学教师资格考试（笔试）将于10月29日举行，为切实做好我市新冠肺炎疫情防控常态化下组考工作，保障广大考生和考试工作人员的生命安全和身体健康，确保考试安全有序平稳实施，请所有考生知悉以下防疫要求，并遵照执行。</w:t>
      </w:r>
    </w:p>
    <w:p>
      <w:r>
        <w:t>一、所有考生须在10月22日前注册“粤康码”。考前7天非必要不离深，避免参加聚会、聚餐等聚集性活动，减少进入人员密集的公共场所，乘坐公共交通工具时要做好个人防护。</w:t>
      </w:r>
    </w:p>
    <w:p>
      <w:r>
        <w:t>二、考前7天内，考生身体出现异常情况应及时就医，排除疫情相关问题，具备条件者方可参加考试。</w:t>
      </w:r>
    </w:p>
    <w:p>
      <w:r>
        <w:t>三、考试当天，所有考生须提前1小时到达考点。</w:t>
      </w:r>
    </w:p>
    <w:p>
      <w:r>
        <w:t>四、考生在进入考点时，须向考点工作人员出示“粤康码”绿码、提供24小时内核酸检测阴性证明和考前三天三次核酸检测记录（即10月26日至28日期间每日一检，电子或纸质均可，下同），并接受体温检测。以上资料齐全且体温低于37.3℃的，方可入场参加考试。</w:t>
      </w:r>
    </w:p>
    <w:p>
      <w:r>
        <w:t>五、考试当天，如考生为正处于隔离医学观察治疗、集中隔离观察期的确诊病例、疑似病例、复检阳性人员、无症状感染者以及“粤康码”非绿码的，不得参加考试。</w:t>
      </w:r>
    </w:p>
    <w:p>
      <w:r>
        <w:t>六、所有考生进入考点须佩戴一次性医用或以上级别口罩，除进行人脸识别等必要的身份验证程序外，其余时间均不能摘下口罩。</w:t>
      </w:r>
    </w:p>
    <w:p>
      <w:r>
        <w:t>七、考试当天，所有考生须完成一次核酸检测，如有异常情况应第一时间报告所在考点。</w:t>
      </w:r>
    </w:p>
    <w:p>
      <w:r>
        <w:t>八、请考生密切关注“深圳市招生考试办公室”的官网和官微，及时查阅手机短信通知和掌握我市最新防疫政策，并按照要求执行，以免影响考试。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1838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