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深圳市招生考试办公室高清1080P运卷车辆移动视频监控及定位技术服务项目(项目编号：1371-2040GHSZ1012)中标公示公告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2020-04-10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https://szeb.sz.gov.cn/szzkw/qtxx/content/post_8948969.html</w:t>
        </w:r>
      </w:hyperlink>
    </w:p>
    <w:p/>
    <w:p>
      <w:r>
        <w:t>广东国和采购咨询有限公司受深圳市招生考试办公室的委托，于2020年3月26日就深圳市招生考试办公室高清1080P运卷车辆移动视频监控及定位技术服务项目(项目编号：1371-2040GHSZ1012)采用公开招标采购进行采购。经评审委员会评审和采购人确认，现就本次采购的结果公告如下：</w:t>
      </w:r>
    </w:p>
    <w:p>
      <w:r>
        <w:t>一、项目信息</w:t>
      </w:r>
    </w:p>
    <w:p>
      <w:r>
        <w:t>项目名称：深圳市招生考试办公室高清1080P运卷车辆移动视频监控及定位技术服务项目</w:t>
      </w:r>
    </w:p>
    <w:p>
      <w:r>
        <w:t>项目编号：1371-2040GHSZ1012</w:t>
      </w:r>
    </w:p>
    <w:p>
      <w:r>
        <w:t>招标公告日期：2020年3月26日</w:t>
      </w:r>
    </w:p>
    <w:p>
      <w:r>
        <w:t>二、项目用途、简要技术要求及合同履行日期</w:t>
      </w:r>
    </w:p>
    <w:p>
      <w:r>
        <w:t>见招标文件。</w:t>
      </w:r>
    </w:p>
    <w:p>
      <w:r>
        <w:t>三、投标人名称、资格性及符合性响应文件和报价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投标人名称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报价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深圳市时联实业发展</w:t>
              <w:br/>
              <w:t>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￥910,000.00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天玉国际商贸（深圳）有限公司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￥878,000.00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深圳市鹏视视频科技</w:t>
              <w:br/>
              <w:t>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￥948,000.00</w:t>
            </w:r>
          </w:p>
        </w:tc>
      </w:tr>
    </w:tbl>
    <w:p/>
    <w:p>
      <w:r>
        <w:t>四、评审委员会成员</w:t>
      </w:r>
    </w:p>
    <w:p>
      <w:r>
        <w:t>（负责人：周德钊，成员：熊江晖、董江、侯微、成浩）</w:t>
      </w:r>
    </w:p>
    <w:p>
      <w:r>
        <w:t>五、评审得分及排序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投标人名称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技术商务得分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价格得分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排名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深圳市时联实业发展有限公司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19.30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46.20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天玉国际商贸（深圳）有限公司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深圳市鹏视视频科技有限公司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18.52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93.52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</w:tbl>
    <w:p/>
    <w:p>
      <w:r>
        <w:t>六、中标信息</w:t>
      </w:r>
    </w:p>
    <w:p>
      <w:r>
        <w:t>中标日期：2020年4月9日</w:t>
      </w:r>
    </w:p>
    <w:p>
      <w:r>
        <w:t>中标人：深圳市鹏视视频科技有限公司</w:t>
      </w:r>
    </w:p>
    <w:p>
      <w:r>
        <w:t>地址：深圳市龙岗区坂田街道新雪社区下雪村工业园5栋417</w:t>
      </w:r>
    </w:p>
    <w:p>
      <w:r>
        <w:t>中标金额：人民币玖拾肆万捌仟元整（￥948,000.00）</w:t>
      </w:r>
    </w:p>
    <w:p>
      <w:r>
        <w:t>主要中标标的情况：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标的名称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规格型号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投标总价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服务期限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高清1080P运卷车辆移动视频监控及定位技术服务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1项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￥948,000.00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满足招标文件要求</w:t>
            </w:r>
          </w:p>
        </w:tc>
      </w:tr>
    </w:tbl>
    <w:p/>
    <w:p>
      <w:r>
        <w:t>七、本项目招标代理服务费收费标准：按招标文件约定计取；招标代理服务费（元）：￥14,220.00元。</w:t>
      </w:r>
    </w:p>
    <w:p>
      <w:r>
        <w:t>八、采购人信息</w:t>
      </w:r>
    </w:p>
    <w:p>
      <w:r>
        <w:t>采购单位：深圳市招生考试办公室</w:t>
      </w:r>
    </w:p>
    <w:p>
      <w:r>
        <w:t>地址：深圳市罗湖区坭岗西路1068号</w:t>
      </w:r>
    </w:p>
    <w:p>
      <w:r>
        <w:t>联系人：成老师</w:t>
      </w:r>
    </w:p>
    <w:p>
      <w:r>
        <w:t>联系电话：0755-82176753</w:t>
      </w:r>
    </w:p>
    <w:p>
      <w:r>
        <w:t>九、采购代理机构信息</w:t>
      </w:r>
    </w:p>
    <w:p>
      <w:r>
        <w:t>采购代理机构：广东国和采购咨询有限公司</w:t>
      </w:r>
    </w:p>
    <w:p>
      <w:r>
        <w:t>地址：深圳市南山区高新南一道赋安科技大厦B座205</w:t>
      </w:r>
    </w:p>
    <w:p>
      <w:r>
        <w:t>联系人：李小姐、王小姐</w:t>
      </w:r>
    </w:p>
    <w:p>
      <w:r>
        <w:t>电话：0755-86539767</w:t>
      </w:r>
    </w:p>
    <w:p>
      <w:r>
        <w:t>十、其他补充事宜</w:t>
      </w:r>
    </w:p>
    <w:p>
      <w:r>
        <w:t>现就上述评审结果予以公示，公示期至2020年4月12日。</w:t>
      </w:r>
    </w:p>
    <w:p>
      <w:r>
        <w:t>广东国和采购咨询有限公司</w:t>
      </w:r>
    </w:p>
    <w:p>
      <w:r>
        <w:t>2020年4月9日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