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关于做好广东省2026年专科批次院校征集志愿和网上录取工作的通知</w:t>
      </w:r>
    </w:p>
    <w:p>
      <w:r>
        <w:rPr>
          <w:sz w:val="18"/>
        </w:rPr>
        <w:t>整理归属  广东省教育考试院</w:t>
      </w:r>
    </w:p>
    <w:p>
      <w:r>
        <w:rPr>
          <w:sz w:val="18"/>
        </w:rPr>
        <w:t>发布日期  2026-08-07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https://eea.gd.gov.cn/ptgk/content/post_4939756.html</w:t>
        </w:r>
      </w:hyperlink>
    </w:p>
    <w:p>
      <w:r>
        <w:t xml:space="preserve">同文来源  </w:t>
      </w:r>
      <w:hyperlink r:id="rId11">
        <w:r>
          <w:rPr>
            <w:color w:val="18548A"/>
          </w:rPr>
          <w:t>https://eea.gd.gov.cn/tzgg/content/post_4939758.html</w:t>
        </w:r>
      </w:hyperlink>
    </w:p>
    <w:p/>
    <w:p>
      <w:r>
        <w:t>各地级以上市招生办公室（考试中心、考试院）、各有关高校：</w:t>
      </w:r>
    </w:p>
    <w:p>
      <w:r>
        <w:t>根据录取情况，我省专科批次普通类、体育类、艺术类（含音乐类、舞蹈类、表（导）演类、播音与主持类、美术与设计类、书法类、戏曲类）尚有部分缺额计划需征集志愿。现就有关事项通知如下：</w:t>
      </w:r>
    </w:p>
    <w:p>
      <w:r>
        <w:t>一、时间安排</w:t>
      </w:r>
    </w:p>
    <w:p>
      <w:r>
        <w:t>征集志愿网上填报时间为8月8日10:00至8月9日10:00，投档录取时间为8月10日至8月11日。</w:t>
      </w:r>
    </w:p>
    <w:p>
      <w:r>
        <w:t>二、征集志愿条件</w:t>
      </w:r>
    </w:p>
    <w:p>
      <w:r>
        <w:t>普通类（历史）：总分170分。</w:t>
      </w:r>
    </w:p>
    <w:p>
      <w:r>
        <w:t>普通类（物理）：总分170分。</w:t>
      </w:r>
    </w:p>
    <w:p>
      <w:r>
        <w:t>体育类：文化科总分220分，体育类专业省统考170分。</w:t>
      </w:r>
    </w:p>
    <w:p>
      <w:r>
        <w:t>音乐类（含音乐教育、音乐表演）：文化科总分170分，音乐类专业省统考150分。</w:t>
      </w:r>
    </w:p>
    <w:p>
      <w:r>
        <w:t>舞蹈类：文化科总分170分，舞蹈类专业省统考150分。</w:t>
      </w:r>
    </w:p>
    <w:p>
      <w:r>
        <w:t>表（导）演类（戏剧影视表演）：文化科总分210分，表（导）演类专业省统考200分。</w:t>
      </w:r>
    </w:p>
    <w:p>
      <w:r>
        <w:t>表（导）演类（服装表演）：文化科总分220分，表（导）演类专业省统考205分。</w:t>
      </w:r>
    </w:p>
    <w:p>
      <w:r>
        <w:t>播音与主持类（含粤语）：文化科总分210分，播音与主持类专业省统考195分。</w:t>
      </w:r>
    </w:p>
    <w:p>
      <w:r>
        <w:t>美术与设计类：文化科总分170分，美术与设计类专业省统考150分。</w:t>
      </w:r>
    </w:p>
    <w:p>
      <w:r>
        <w:t>书法类：文化科总分220分，书法类专业省统考200分。</w:t>
      </w:r>
    </w:p>
    <w:p>
      <w:r>
        <w:t>戏曲类：文化科总分190分，戏曲类专业省际联考须合格。</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8月8日10:00至8月9日10: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（三）填报志愿方式。符合征集志愿条件的考生可以登录“广东省普通高考志愿填报系统”，按本通知相关要求于8月9日10:00前自行上网填报征集志愿。</w:t>
      </w:r>
    </w:p>
    <w:p>
      <w:r>
        <w:t>1.专科批次普通类（历史、物理）可填报45个院校专业组志愿，每个院校可填报6个专业志愿及1个是否服从调剂选项；体育类、艺术类可填报20个院校专业组志愿，每个院校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9日10:00，考生必须按时在网上填报相应的专科批次院校专业组志愿，并点击“确认志愿”按钮获取短信验证码或人脸核验中的任一种方式进行志愿确认。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8月9日10:00）截止后的2小时内（8月9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10日至11日组织高校录取，以考生网上最后确认的征集志愿数据为投档依据。</w:t>
      </w:r>
    </w:p>
    <w:p>
      <w:r>
        <w:t>四、征集志愿录取办法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2026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1.广东省2026年普通高校招生征集志愿表（样式）</w:t>
      </w:r>
    </w:p>
    <w:p>
      <w:r>
        <w:t>2.广东省2026年普通高校招生专科院校普通类（历史、物理）征集志愿在库考生分数段统计表</w:t>
      </w:r>
    </w:p>
    <w:p>
      <w:r>
        <w:t>3.广东省2026年普通高校招生专科院校[体育类、音乐类、舞蹈类、表（导）演类、播音与主持类、美术与设计类、书法类、戏曲类]征集志愿在库考生分数段统计表</w:t>
      </w:r>
    </w:p>
    <w:p>
      <w:r>
        <w:t>4.广东省2026年普通高校招生专科批次院校[普通类（历史、物理）、体育类、音乐类、舞蹈类、表（导）演类、播音与主持类、美术与设计类、书法类、戏曲类]征集志愿招生计划表（分类下发）</w:t>
      </w:r>
    </w:p>
    <w:p>
      <w:r>
        <w:t>广东省招生委员会办公室</w:t>
      </w:r>
    </w:p>
    <w:p>
      <w:r>
        <w:t>2026年8月7日</w:t>
      </w:r>
    </w:p>
    <w:p>
      <w:r>
        <w:t>附件1-3</w:t>
      </w:r>
    </w:p>
    <w:p>
      <w:r>
        <w:t>广东省2026年普通高校招生专科院校征集志愿招生计划表【普通类（历史）】</w:t>
      </w:r>
    </w:p>
    <w:p>
      <w:r>
        <w:t>广东省2026年普通高校招生专科院校征集志愿招生计划表【普通类（物理）】</w:t>
      </w:r>
    </w:p>
    <w:p>
      <w:r>
        <w:t>广东省2026年普通高校招生专科院校征集志愿招生计划表（体育类）</w:t>
      </w:r>
    </w:p>
    <w:p>
      <w:r>
        <w:t>广东省2026年普通高校招生专科院校征集志愿招生计划表（音乐类）</w:t>
      </w:r>
    </w:p>
    <w:p>
      <w:r>
        <w:t>广东省2026年普通高校招生专科院校征集志愿招生计划表（舞蹈类）</w:t>
      </w:r>
    </w:p>
    <w:p>
      <w:r>
        <w:t>广东省2026年普通高校招生专科院校征集志愿招生计划表【表（导）演类】</w:t>
      </w:r>
    </w:p>
    <w:p>
      <w:r>
        <w:t>广东省2026年普通高校招生专科院校征集志愿招生计划表（播音与主持类）</w:t>
      </w:r>
    </w:p>
    <w:p>
      <w:r>
        <w:t>广东省2026年普通高校招生专科院校征集志愿招生计划表（美术与设计类）</w:t>
      </w:r>
    </w:p>
    <w:p>
      <w:r>
        <w:t>广东省2026年普通高校招生专科院校征集志愿招生计划表（书法类）</w:t>
      </w:r>
    </w:p>
    <w:p>
      <w:r>
        <w:t>广东省2026年普通高校招生专科院校征集志愿招生计划表（戏曲类）</w:t>
      </w:r>
    </w:p>
    <w:p>
      <w:pPr>
        <w:pStyle w:val="Heading1"/>
      </w:pPr>
      <w:r>
        <w:t>附件及下载链接</w:t>
      </w:r>
    </w:p>
    <w:p>
      <w:hyperlink r:id="rId12">
        <w:r>
          <w:rPr>
            <w:color w:val="18548A"/>
          </w:rPr>
          <w:t>附件1-3</w:t>
        </w:r>
      </w:hyperlink>
    </w:p>
    <w:p>
      <w:r>
        <w:rPr>
          <w:sz w:val="16"/>
        </w:rPr>
        <w:t>https://eea.gd.gov.cn/attachment/0/621/621835/4939756.pdf</w:t>
      </w:r>
    </w:p>
    <w:p>
      <w:hyperlink r:id="rId13">
        <w:r>
          <w:rPr>
            <w:color w:val="18548A"/>
          </w:rPr>
          <w:t>广东省2026年普通高校招生专科院校征集志愿招生计划表【普通类（历史）】</w:t>
        </w:r>
      </w:hyperlink>
    </w:p>
    <w:p>
      <w:r>
        <w:rPr>
          <w:sz w:val="16"/>
        </w:rPr>
        <w:t>https://eea.gd.gov.cn/attachment/0/621/621844/4939756.pdf</w:t>
      </w:r>
    </w:p>
    <w:p>
      <w:hyperlink r:id="rId14">
        <w:r>
          <w:rPr>
            <w:color w:val="18548A"/>
          </w:rPr>
          <w:t>广东省2026年普通高校招生专科院校征集志愿招生计划表【普通类（物理）】</w:t>
        </w:r>
      </w:hyperlink>
    </w:p>
    <w:p>
      <w:r>
        <w:rPr>
          <w:sz w:val="16"/>
        </w:rPr>
        <w:t>https://eea.gd.gov.cn/attachment/0/621/621845/4939756.pdf</w:t>
      </w:r>
    </w:p>
    <w:p>
      <w:hyperlink r:id="rId15">
        <w:r>
          <w:rPr>
            <w:color w:val="18548A"/>
          </w:rPr>
          <w:t>广东省2026年普通高校招生专科院校征集志愿招生计划表（体育类）</w:t>
        </w:r>
      </w:hyperlink>
    </w:p>
    <w:p>
      <w:r>
        <w:rPr>
          <w:sz w:val="16"/>
        </w:rPr>
        <w:t>https://eea.gd.gov.cn/attachment/0/621/621839/4939756.pdf</w:t>
      </w:r>
    </w:p>
    <w:p>
      <w:hyperlink r:id="rId16">
        <w:r>
          <w:rPr>
            <w:color w:val="18548A"/>
          </w:rPr>
          <w:t>广东省2026年普通高校招生专科院校征集志愿招生计划表（音乐类）</w:t>
        </w:r>
      </w:hyperlink>
    </w:p>
    <w:p>
      <w:r>
        <w:rPr>
          <w:sz w:val="16"/>
        </w:rPr>
        <w:t>https://eea.gd.gov.cn/attachment/0/621/621842/4939756.pdf</w:t>
      </w:r>
    </w:p>
    <w:p>
      <w:hyperlink r:id="rId17">
        <w:r>
          <w:rPr>
            <w:color w:val="18548A"/>
          </w:rPr>
          <w:t>广东省2026年普通高校招生专科院校征集志愿招生计划表（舞蹈类）</w:t>
        </w:r>
      </w:hyperlink>
    </w:p>
    <w:p>
      <w:r>
        <w:rPr>
          <w:sz w:val="16"/>
        </w:rPr>
        <w:t>https://eea.gd.gov.cn/attachment/0/621/621840/4939756.pdf</w:t>
      </w:r>
    </w:p>
    <w:p>
      <w:hyperlink r:id="rId18">
        <w:r>
          <w:rPr>
            <w:color w:val="18548A"/>
          </w:rPr>
          <w:t>广东省2026年普通高校招生专科院校征集志愿招生计划表【表（导）演类】</w:t>
        </w:r>
      </w:hyperlink>
    </w:p>
    <w:p>
      <w:r>
        <w:rPr>
          <w:sz w:val="16"/>
        </w:rPr>
        <w:t>https://eea.gd.gov.cn/attachment/0/621/621843/4939756.pdf</w:t>
      </w:r>
    </w:p>
    <w:p>
      <w:hyperlink r:id="rId19">
        <w:r>
          <w:rPr>
            <w:color w:val="18548A"/>
          </w:rPr>
          <w:t>广东省2026年普通高校招生专科院校征集志愿招生计划表（播音与主持类）</w:t>
        </w:r>
      </w:hyperlink>
    </w:p>
    <w:p>
      <w:r>
        <w:rPr>
          <w:sz w:val="16"/>
        </w:rPr>
        <w:t>https://eea.gd.gov.cn/attachment/0/621/621836/4939756.pdf</w:t>
      </w:r>
    </w:p>
    <w:p>
      <w:hyperlink r:id="rId20">
        <w:r>
          <w:rPr>
            <w:color w:val="18548A"/>
          </w:rPr>
          <w:t>广东省2026年普通高校招生专科院校征集志愿招生计划表（美术与设计类）</w:t>
        </w:r>
      </w:hyperlink>
    </w:p>
    <w:p>
      <w:r>
        <w:rPr>
          <w:sz w:val="16"/>
        </w:rPr>
        <w:t>https://eea.gd.gov.cn/attachment/0/621/621837/4939756.pdf</w:t>
      </w:r>
    </w:p>
    <w:p>
      <w:hyperlink r:id="rId21">
        <w:r>
          <w:rPr>
            <w:color w:val="18548A"/>
          </w:rPr>
          <w:t>广东省2026年普通高校招生专科院校征集志愿招生计划表（书法类）</w:t>
        </w:r>
      </w:hyperlink>
    </w:p>
    <w:p>
      <w:r>
        <w:rPr>
          <w:sz w:val="16"/>
        </w:rPr>
        <w:t>https://eea.gd.gov.cn/attachment/0/621/621838/4939756.pdf</w:t>
      </w:r>
    </w:p>
    <w:p>
      <w:hyperlink r:id="rId22">
        <w:r>
          <w:rPr>
            <w:color w:val="18548A"/>
          </w:rPr>
          <w:t>广东省2026年普通高校招生专科院校征集志愿招生计划表（戏曲类）</w:t>
        </w:r>
      </w:hyperlink>
    </w:p>
    <w:p>
      <w:r>
        <w:rPr>
          <w:sz w:val="16"/>
        </w:rPr>
        <w:t>https://eea.gd.gov.cn/attachment/0/621/621841/4939756.pdf</w:t>
      </w:r>
    </w:p>
    <w:p>
      <w:pPr>
        <w:pStyle w:val="Heading1"/>
      </w:pPr>
      <w:r>
        <w:t>正文相关链接</w:t>
      </w:r>
    </w:p>
    <w:p>
      <w:hyperlink r:id="rId23">
        <w:r>
          <w:rPr>
            <w:color w:val="18548A"/>
          </w:rPr>
          <w:t>附件1-3</w:t>
        </w:r>
      </w:hyperlink>
    </w:p>
    <w:p>
      <w:r>
        <w:t>https://eea.gd.gov.cn/attachment/0/621/621835/4939758.pdf</w:t>
      </w:r>
    </w:p>
    <w:p>
      <w:hyperlink r:id="rId24">
        <w:r>
          <w:rPr>
            <w:color w:val="18548A"/>
          </w:rPr>
          <w:t>广东省2026年普通高校招生专科院校征集志愿招生计划表【普通类（历史）】</w:t>
        </w:r>
      </w:hyperlink>
    </w:p>
    <w:p>
      <w:r>
        <w:t>https://eea.gd.gov.cn/attachment/0/621/621844/4939758.pdf</w:t>
      </w:r>
    </w:p>
    <w:p>
      <w:hyperlink r:id="rId25">
        <w:r>
          <w:rPr>
            <w:color w:val="18548A"/>
          </w:rPr>
          <w:t>广东省2026年普通高校招生专科院校征集志愿招生计划表【普通类（物理）】</w:t>
        </w:r>
      </w:hyperlink>
    </w:p>
    <w:p>
      <w:r>
        <w:t>https://eea.gd.gov.cn/attachment/0/621/621845/4939758.pdf</w:t>
      </w:r>
    </w:p>
    <w:p>
      <w:hyperlink r:id="rId26">
        <w:r>
          <w:rPr>
            <w:color w:val="18548A"/>
          </w:rPr>
          <w:t>广东省2026年普通高校招生专科院校征集志愿招生计划表（体育类）</w:t>
        </w:r>
      </w:hyperlink>
    </w:p>
    <w:p>
      <w:r>
        <w:t>https://eea.gd.gov.cn/attachment/0/621/621839/4939758.pdf</w:t>
      </w:r>
    </w:p>
    <w:p>
      <w:hyperlink r:id="rId27">
        <w:r>
          <w:rPr>
            <w:color w:val="18548A"/>
          </w:rPr>
          <w:t>广东省2026年普通高校招生专科院校征集志愿招生计划表（音乐类）</w:t>
        </w:r>
      </w:hyperlink>
    </w:p>
    <w:p>
      <w:r>
        <w:t>https://eea.gd.gov.cn/attachment/0/621/621842/4939758.pdf</w:t>
      </w:r>
    </w:p>
    <w:p>
      <w:hyperlink r:id="rId28">
        <w:r>
          <w:rPr>
            <w:color w:val="18548A"/>
          </w:rPr>
          <w:t>广东省2026年普通高校招生专科院校征集志愿招生计划表（舞蹈类）</w:t>
        </w:r>
      </w:hyperlink>
    </w:p>
    <w:p>
      <w:r>
        <w:t>https://eea.gd.gov.cn/attachment/0/621/621840/4939758.pdf</w:t>
      </w:r>
    </w:p>
    <w:p>
      <w:hyperlink r:id="rId29">
        <w:r>
          <w:rPr>
            <w:color w:val="18548A"/>
          </w:rPr>
          <w:t>广东省2026年普通高校招生专科院校征集志愿招生计划表【表（导）演类】</w:t>
        </w:r>
      </w:hyperlink>
    </w:p>
    <w:p>
      <w:r>
        <w:t>https://eea.gd.gov.cn/attachment/0/621/621843/4939758.pdf</w:t>
      </w:r>
    </w:p>
    <w:p>
      <w:hyperlink r:id="rId30">
        <w:r>
          <w:rPr>
            <w:color w:val="18548A"/>
          </w:rPr>
          <w:t>广东省2026年普通高校招生专科院校征集志愿招生计划表（播音与主持类）</w:t>
        </w:r>
      </w:hyperlink>
    </w:p>
    <w:p>
      <w:r>
        <w:t>https://eea.gd.gov.cn/attachment/0/621/621836/4939758.pdf</w:t>
      </w:r>
    </w:p>
    <w:p>
      <w:hyperlink r:id="rId31">
        <w:r>
          <w:rPr>
            <w:color w:val="18548A"/>
          </w:rPr>
          <w:t>广东省2026年普通高校招生专科院校征集志愿招生计划表（美术与设计类）</w:t>
        </w:r>
      </w:hyperlink>
    </w:p>
    <w:p>
      <w:r>
        <w:t>https://eea.gd.gov.cn/attachment/0/621/621837/4939758.pdf</w:t>
      </w:r>
    </w:p>
    <w:p>
      <w:hyperlink r:id="rId32">
        <w:r>
          <w:rPr>
            <w:color w:val="18548A"/>
          </w:rPr>
          <w:t>广东省2026年普通高校招生专科院校征集志愿招生计划表（书法类）</w:t>
        </w:r>
      </w:hyperlink>
    </w:p>
    <w:p>
      <w:r>
        <w:t>https://eea.gd.gov.cn/attachment/0/621/621838/4939758.pdf</w:t>
      </w:r>
    </w:p>
    <w:p>
      <w:hyperlink r:id="rId33">
        <w:r>
          <w:rPr>
            <w:color w:val="18548A"/>
          </w:rPr>
          <w:t>广东省2026年普通高校招生专科院校征集志愿招生计划表（戏曲类）</w:t>
        </w:r>
      </w:hyperlink>
    </w:p>
    <w:p>
      <w:r>
        <w:t>https://eea.gd.gov.cn/attachment/0/621/621841/4939758.pdf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39756.html" TargetMode="External"/><Relationship Id="rId11" Type="http://schemas.openxmlformats.org/officeDocument/2006/relationships/hyperlink" Target="https://eea.gd.gov.cn/tzgg/content/post_4939758.html" TargetMode="External"/><Relationship Id="rId12" Type="http://schemas.openxmlformats.org/officeDocument/2006/relationships/hyperlink" Target="https://eea.gd.gov.cn/attachment/0/621/621835/4939756.pdf" TargetMode="External"/><Relationship Id="rId13" Type="http://schemas.openxmlformats.org/officeDocument/2006/relationships/hyperlink" Target="https://eea.gd.gov.cn/attachment/0/621/621844/4939756.pdf" TargetMode="External"/><Relationship Id="rId14" Type="http://schemas.openxmlformats.org/officeDocument/2006/relationships/hyperlink" Target="https://eea.gd.gov.cn/attachment/0/621/621845/4939756.pdf" TargetMode="External"/><Relationship Id="rId15" Type="http://schemas.openxmlformats.org/officeDocument/2006/relationships/hyperlink" Target="https://eea.gd.gov.cn/attachment/0/621/621839/4939756.pdf" TargetMode="External"/><Relationship Id="rId16" Type="http://schemas.openxmlformats.org/officeDocument/2006/relationships/hyperlink" Target="https://eea.gd.gov.cn/attachment/0/621/621842/4939756.pdf" TargetMode="External"/><Relationship Id="rId17" Type="http://schemas.openxmlformats.org/officeDocument/2006/relationships/hyperlink" Target="https://eea.gd.gov.cn/attachment/0/621/621840/4939756.pdf" TargetMode="External"/><Relationship Id="rId18" Type="http://schemas.openxmlformats.org/officeDocument/2006/relationships/hyperlink" Target="https://eea.gd.gov.cn/attachment/0/621/621843/4939756.pdf" TargetMode="External"/><Relationship Id="rId19" Type="http://schemas.openxmlformats.org/officeDocument/2006/relationships/hyperlink" Target="https://eea.gd.gov.cn/attachment/0/621/621836/4939756.pdf" TargetMode="External"/><Relationship Id="rId20" Type="http://schemas.openxmlformats.org/officeDocument/2006/relationships/hyperlink" Target="https://eea.gd.gov.cn/attachment/0/621/621837/4939756.pdf" TargetMode="External"/><Relationship Id="rId21" Type="http://schemas.openxmlformats.org/officeDocument/2006/relationships/hyperlink" Target="https://eea.gd.gov.cn/attachment/0/621/621838/4939756.pdf" TargetMode="External"/><Relationship Id="rId22" Type="http://schemas.openxmlformats.org/officeDocument/2006/relationships/hyperlink" Target="https://eea.gd.gov.cn/attachment/0/621/621841/4939756.pdf" TargetMode="External"/><Relationship Id="rId23" Type="http://schemas.openxmlformats.org/officeDocument/2006/relationships/hyperlink" Target="https://eea.gd.gov.cn/attachment/0/621/621835/4939758.pdf" TargetMode="External"/><Relationship Id="rId24" Type="http://schemas.openxmlformats.org/officeDocument/2006/relationships/hyperlink" Target="https://eea.gd.gov.cn/attachment/0/621/621844/4939758.pdf" TargetMode="External"/><Relationship Id="rId25" Type="http://schemas.openxmlformats.org/officeDocument/2006/relationships/hyperlink" Target="https://eea.gd.gov.cn/attachment/0/621/621845/4939758.pdf" TargetMode="External"/><Relationship Id="rId26" Type="http://schemas.openxmlformats.org/officeDocument/2006/relationships/hyperlink" Target="https://eea.gd.gov.cn/attachment/0/621/621839/4939758.pdf" TargetMode="External"/><Relationship Id="rId27" Type="http://schemas.openxmlformats.org/officeDocument/2006/relationships/hyperlink" Target="https://eea.gd.gov.cn/attachment/0/621/621842/4939758.pdf" TargetMode="External"/><Relationship Id="rId28" Type="http://schemas.openxmlformats.org/officeDocument/2006/relationships/hyperlink" Target="https://eea.gd.gov.cn/attachment/0/621/621840/4939758.pdf" TargetMode="External"/><Relationship Id="rId29" Type="http://schemas.openxmlformats.org/officeDocument/2006/relationships/hyperlink" Target="https://eea.gd.gov.cn/attachment/0/621/621843/4939758.pdf" TargetMode="External"/><Relationship Id="rId30" Type="http://schemas.openxmlformats.org/officeDocument/2006/relationships/hyperlink" Target="https://eea.gd.gov.cn/attachment/0/621/621836/4939758.pdf" TargetMode="External"/><Relationship Id="rId31" Type="http://schemas.openxmlformats.org/officeDocument/2006/relationships/hyperlink" Target="https://eea.gd.gov.cn/attachment/0/621/621837/4939758.pdf" TargetMode="External"/><Relationship Id="rId32" Type="http://schemas.openxmlformats.org/officeDocument/2006/relationships/hyperlink" Target="https://eea.gd.gov.cn/attachment/0/621/621838/4939758.pdf" TargetMode="External"/><Relationship Id="rId33" Type="http://schemas.openxmlformats.org/officeDocument/2006/relationships/hyperlink" Target="https://eea.gd.gov.cn/attachment/0/621/621841/49397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