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https://szeb.sz.gov.cn/szzkw/zkcx/zxks/zkzy/zkcc/content/post_8949010.html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83b1acf28c2250dceef0313f548cbc29253b550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83b1acf28c2250dceef0313f548cbc29253b550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1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