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https://szeb.sz.gov.cn/szzkw/zkcx/zxks/zkzy/zkcc/content/post_8948998.html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227ed3cd3f5e437cf69de094e01ee06cfdbbf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227ed3cd3f5e437cf69de094e01ee06cfdbbf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899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