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我市2026年普通高等学校专升本考试将于3月28日开考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2026-03-24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https://szeb.sz.gov.cn/szzkw/qt/tzgg/content/post_12698612.html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https://szeb.sz.gov.cn/szzkw/zkgg/gkxx/content/post_12698600.html</w:t>
        </w:r>
      </w:hyperlink>
    </w:p>
    <w:p/>
    <w:p>
      <w:r>
        <w:t>2026年普通高等学校专升本考试（含三二分段专升本转段考试，简称普通专升本）省统考科目将于3月28日至29日进行。结合我市实际情况，全市在3个区共设11个考点。市招考办提醒广大考生注意以下事项：</w:t>
      </w:r>
    </w:p>
    <w:p>
      <w:r>
        <w:t>一、提前打印准考证。3月23日上午10时起，考生可登录广东省普通专升本报名系统（网址：https://www.eeagd.edu.cn/ptzsbks）打印省统考科目准考证。请考生务必认真阅读准考证上的考生须知等内容，严格遵守各项要求。考生凭准考证和身份证按规定时间和准考证上各科目的考场、座位号参加考试。准考证正、反两面在使用期间均不得涂改、书写，否则在考试过程中发现，将按作弊处理。</w:t>
      </w:r>
    </w:p>
    <w:p>
      <w:r>
        <w:t>二、规范携带考试用品。省统考科目《基础会计学》允许考生携带没有存储和网络功能的计算器参加考试；《设计基础》允许考生自带作图用具和材料、不大于4开且干净（无图案、图形等痕迹）的画板或画夹，不得携带色卡、定形液、涂改液和有图案的画板、纸张、资料等物品，除圆规、直尺、三角板之外，禁止携带任何其他辅助制图工具。其他科目除考点有特殊规定外，考生入场时，除2B铅笔、书写黑色字迹的钢笔或签字笔、直尺、圆规、三角板、橡皮、透明水杯、透明文具盒（袋、套）外，其他任何物品不准带入考场。严禁携带各种无线通信工具（如手机、无线耳机、电话手表等）、电子存储记忆录放设备以及涂改液、修正带、不透明的文具盒（袋、套）、不透明水杯（含饮料）等物品进入考场。</w:t>
      </w:r>
    </w:p>
    <w:p>
      <w:r>
        <w:t>三、自觉配合入场安检。进入考点前，考生应自行检查是否携带具有无线通信功能的设备（如手机、无线耳机、智能手表、运动手环、智能眼镜等）、电子存储记忆录放设备、考试相关资料，以及准考证正、反两面是否有涂改、书写字迹；并自觉接受监考员等考试工作人员使用智能安检门、金属探测仪、人脸识别身份验证设备等进行安全检查，不得以任何理由妨碍监考员等考试工作人员履行职责，不得扰乱考场及其他考试场所的秩序。</w:t>
      </w:r>
    </w:p>
    <w:p>
      <w:r>
        <w:t>四、严格遵守考试纪律。考生要严格遵守有关法律、法规和考试规定，诚信考试，遵守考点统一发出的考试指令完成考试（考场内挂钟时间仅供参考），在考试过程中如有疑问和诉求，须当场举手提出，确保问题在考场内解决，未处理完毕前不得擅自离开考场。要坚决杜绝考试作弊行为，全部考场均实行全覆盖、全时段网上监控录像，监控视频和后期的录像回放都将作为认定考试违规的依据。考试结束铃响后，应立即停止作答，避免因延迟作答被取消考试成绩。</w:t>
      </w:r>
    </w:p>
    <w:p>
      <w:r>
        <w:t>五、绿色出行安全赴考。因考点车位有限，考生车辆不得进入考点停放，请考生规划好出行路线，合理安排出行方式，提前抵达考点并预留入场安检和身份验证时间。</w:t>
      </w:r>
    </w:p>
    <w:p>
      <w:r>
        <w:t>预祝各位考生考试平安顺利，取得佳绩！</w:t>
      </w:r>
    </w:p>
    <w:p>
      <w:r>
        <w:drawing>
          <wp:inline xmlns:a="http://schemas.openxmlformats.org/drawingml/2006/main" xmlns:pic="http://schemas.openxmlformats.org/drawingml/2006/picture">
            <wp:extent cx="6400800" cy="75545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f92fd9681668d36fb25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5545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799" cy="55295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ed6a5a5423975bdd85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552953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698612.html" TargetMode="External"/><Relationship Id="rId11" Type="http://schemas.openxmlformats.org/officeDocument/2006/relationships/hyperlink" Target="https://szeb.sz.gov.cn/szzkw/zkgg/gkxx/content/post_12698600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