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深圳市2018年度高等教育自学考试社会助学机构信息公告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2018-12-11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https://szeb.sz.gov.cn/szzkw/zkgg/zkxx1/content/post_8949723.html</w:t>
        </w:r>
      </w:hyperlink>
    </w:p>
    <w:p/>
    <w:p>
      <w:r>
        <w:t>根据省考办《关于进一步加强我省自学考试社会助学机构业务指导工作的通知》（粤考办〔2015〕46号）和我办《深圳市招生考试办公室关于开展我市2018年度社会助学机构备案登记工作的通知》（深招办〔2018〕190号）精神和要求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我市2018年度社会助学机构的相关信息进行公告（详见附件）。</w:t>
      </w:r>
    </w:p>
    <w:p>
      <w:r>
        <w:t>附件：深圳市2018年度自学考试社会助学机构备案登记一览表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附件：深圳市2018年度自学考试社会助学机构备案登记一览表</w:t>
        </w:r>
      </w:hyperlink>
    </w:p>
    <w:p>
      <w:r>
        <w:rPr>
          <w:sz w:val="16"/>
        </w:rPr>
        <w:t>https://szeb.sz.gov.cn/attachment/0/815/815373/8949723.docx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23.html" TargetMode="External"/><Relationship Id="rId11" Type="http://schemas.openxmlformats.org/officeDocument/2006/relationships/hyperlink" Target="https://szeb.sz.gov.cn/attachment/0/815/815373/894972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