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关于受疫情影响未能参加2022年下半年中小学教师资格考试笔试的考生退费通告</w:t>
      </w:r>
    </w:p>
    <w:p>
      <w:r>
        <w:rPr>
          <w:sz w:val="18"/>
        </w:rPr>
        <w:t>整理归属  广东省教育考试院</w:t>
      </w:r>
    </w:p>
    <w:p>
      <w:r>
        <w:rPr>
          <w:sz w:val="18"/>
        </w:rPr>
        <w:t>发布日期  2022-10-29</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https://eea.gd.gov.cn/shks/content/post_4037486.html</w:t>
        </w:r>
      </w:hyperlink>
    </w:p>
    <w:p>
      <w:r>
        <w:t xml:space="preserve">同文来源  </w:t>
      </w:r>
      <w:hyperlink r:id="rId11">
        <w:r>
          <w:rPr>
            <w:color w:val="18548A"/>
          </w:rPr>
          <w:t>https://eea.gd.gov.cn/tzgg/content/post_4037485.html</w:t>
        </w:r>
      </w:hyperlink>
    </w:p>
    <w:p/>
    <w:p>
      <w:r>
        <w:t>各相关考生：</w:t>
      </w:r>
    </w:p>
    <w:p>
      <w:r>
        <w:t>2022年下半年中小学教师资格考试笔试已于10月29日举行。按照教育部教育考试院有关规定，受疫情影响无法正常参加考试的考生，可向报考地市或考区招办申请退回报名费用，最终以教育部教育考试院处理结果为准。具体事项如下：</w:t>
      </w:r>
    </w:p>
    <w:p>
      <w:r>
        <w:t>一、申请退费条件及所需材料</w:t>
      </w:r>
    </w:p>
    <w:p>
      <w:r>
        <w:t>（一）考试期间健康码为红码或黄码的考生，请查看红黄码名单（附件2），确认本人是否在名单内。名单内考生无需提供证明材料，名单外考生须提供考试期间的非绿健康码彩色截图；</w:t>
      </w:r>
    </w:p>
    <w:p>
      <w:r>
        <w:t>（二）因疫情原因被隔离或封控，无法到场参加考试的考生，提交防疫部门或街道（居委）出具的带有考生姓名及隔离时间的隔离或封控证明；</w:t>
      </w:r>
    </w:p>
    <w:p>
      <w:r>
        <w:t>（三）考点因疫情原因无法正常开考的，所涉考生统一退费，考生无需提交申请；</w:t>
      </w:r>
    </w:p>
    <w:p>
      <w:r>
        <w:t>（四）跨市赴考的考生，原所在地因疫情封控，解封时间临近考试日期，无法满足考点所在地市对跨市赴考考生隔离时间要求的，提交原所在地防疫部门或街道（居委）出具的带有考生姓名及隔离时间的隔离或封控证明、解封时间证明；</w:t>
      </w:r>
    </w:p>
    <w:p>
      <w:r>
        <w:t>（五）考生为医护人员，因参加防疫抗疫工作无法到场考试的，提交医院证明；</w:t>
      </w:r>
    </w:p>
    <w:p>
      <w:r>
        <w:t>（六）考生近期注射新冠疫苗，因相隔时间未到48小时而不能提供考前规定时间内核酸检测阴性证明的，提交考生注射新冠疫苗证明；</w:t>
      </w:r>
    </w:p>
    <w:p>
      <w:r>
        <w:t>（七）考试期间已被确诊为新冠病毒感染患者，提交确诊证明。</w:t>
      </w:r>
    </w:p>
    <w:p>
      <w:r>
        <w:t>除上述情况外，其余考生不可申请退费。</w:t>
      </w:r>
    </w:p>
    <w:p>
      <w:r>
        <w:t>二、申请退费流程</w:t>
      </w:r>
    </w:p>
    <w:p>
      <w:r>
        <w:t>（一）申请退费时间：11月4日17：00前，逾时视为自愿放弃。</w:t>
      </w:r>
    </w:p>
    <w:p>
      <w:r>
        <w:t>（二）申报方式：考生将上述相关证明材料拍照，上传至“广东省2022年下半年中小学教师资格考试笔试退费申请平台”。请考生严格按照平台指引上传材料，以免影响处理结果。</w:t>
      </w:r>
    </w:p>
    <w:p>
      <w:r>
        <w:t>三、其他事项</w:t>
      </w:r>
    </w:p>
    <w:p>
      <w:r>
        <w:t>（一）本次申报考生由各考区考试机构初审通过后，逐级上报教育部教育考试院，最终以教育部教育考试院审批结果为准。</w:t>
      </w:r>
    </w:p>
    <w:p>
      <w:r>
        <w:t>（二）经教育部教育考试院最终核准退费的考生，报名费将按原缴费渠道全额退回，其已通过的笔试科目成绩有效期自动延长半年。</w:t>
      </w:r>
    </w:p>
    <w:p>
      <w:r>
        <w:t>附件：1.因疫情影响申请退费工作联系方式</w:t>
      </w:r>
    </w:p>
    <w:p>
      <w:r>
        <w:t>2.考试期间健康码非绿码考生</w:t>
      </w:r>
    </w:p>
    <w:p>
      <w:r>
        <w:t>广东省教育考试院</w:t>
      </w:r>
    </w:p>
    <w:p>
      <w:r>
        <w:t>2022年10月29日</w:t>
      </w:r>
    </w:p>
    <w:p>
      <w:r>
        <w:t>附件1</w:t>
      </w:r>
    </w:p>
    <w:p>
      <w:r>
        <w:t>广东省2022年下半年中小学教师资格考试笔试因疫情影响申请退费工作联系方式</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地市（区）</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联系电话</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020﹣62833628</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020-87678002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020-84479905</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020-81957623</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020-38622793</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020-86367165</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广州市黄埔区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020-82116639</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020-36898748</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020-84644565、020-84641646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020-39050023</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广州市从化区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020-87930461</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020-82752867</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0755-82918332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0755-22185762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0755-26486245</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0755-27750519</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0755-89551925</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深圳市龙华区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0755-23779445</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深圳市坪山区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0755-89377382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深圳市光明区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0755-88219572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深圳市盐田区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0755-25228531</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深圳市大鹏新区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0755-28333192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0756-2121896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0754-88860197</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0757-83322637</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0750-3503934</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0759-3366818、0759-3365768</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茂名市辖考区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茂名高州考区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0668-6663900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茂名茂南考区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0668-2816977</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茂名电白考区</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0668-5120473</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0758-2843139</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0753-2180826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3389506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0662-3333920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0763-3373128 0763-3383491</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0769-28330813</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0760-89989286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0768-2805032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0766-8830608</w:t>
            </w:r>
          </w:p>
        </w:tc>
      </w:tr>
    </w:tbl>
    <w:p/>
    <w:p>
      <w:r>
        <w:t>附件2.广东省2022年下半年中小学教师资格考试期间健康码非绿码考生</w:t>
      </w:r>
    </w:p>
    <w:p>
      <w:pPr>
        <w:pStyle w:val="Heading1"/>
      </w:pPr>
      <w:r>
        <w:t>附件及下载链接</w:t>
      </w:r>
    </w:p>
    <w:p>
      <w:hyperlink r:id="rId12">
        <w:r>
          <w:rPr>
            <w:color w:val="18548A"/>
          </w:rPr>
          <w:t>广东省2022年下半年中小学教师资格考试期间健康码非绿码考生</w:t>
        </w:r>
      </w:hyperlink>
    </w:p>
    <w:p>
      <w:r>
        <w:rPr>
          <w:sz w:val="16"/>
        </w:rPr>
        <w:t>https://eea.gd.gov.cn/attachment/0/505/505621/4037486.pdf</w:t>
      </w:r>
    </w:p>
    <w:p>
      <w:pPr>
        <w:pStyle w:val="Heading1"/>
      </w:pPr>
      <w:r>
        <w:t>正文相关链接</w:t>
      </w:r>
    </w:p>
    <w:p>
      <w:hyperlink r:id="rId13">
        <w:r>
          <w:rPr>
            <w:color w:val="18548A"/>
          </w:rPr>
          <w:t>广东省2022年下半年中小学教师资格考试期间健康码非绿码考生</w:t>
        </w:r>
      </w:hyperlink>
    </w:p>
    <w:p>
      <w:r>
        <w:t>https://eea.gd.gov.cn/attachment/0/505/505621/4037485.pdf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37486.html" TargetMode="External"/><Relationship Id="rId11" Type="http://schemas.openxmlformats.org/officeDocument/2006/relationships/hyperlink" Target="https://eea.gd.gov.cn/tzgg/content/post_4037485.html" TargetMode="External"/><Relationship Id="rId12" Type="http://schemas.openxmlformats.org/officeDocument/2006/relationships/hyperlink" Target="https://eea.gd.gov.cn/attachment/0/505/505621/4037486.pdf" TargetMode="External"/><Relationship Id="rId13" Type="http://schemas.openxmlformats.org/officeDocument/2006/relationships/hyperlink" Target="https://eea.gd.gov.cn/attachment/0/505/505621/403748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