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https://szeb.sz.gov.cn/szzkw/zkcx/zxks/zkzy/bkcc/content/post_8949089.html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de3edbe5f2bbb0b3ea2049cfbda82471121cc7d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de3edbe5f2bbb0b3ea2049cfbda82471121cc7d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8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