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关于暂停我省自学考试相关考籍业务现场办理工作的公告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2020-02-18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https://szeb.sz.gov.cn/szzkw/zkgg/zkxx1/content/post_8949693.html</w:t>
        </w:r>
      </w:hyperlink>
    </w:p>
    <w:p/>
    <w:p>
      <w:r>
        <w:t>为深入贯彻落实党中央、国务院关于防控新型冠状病毒感染的肺炎疫情决策部署和省委、省政府疫情防范管理要求，减少人员聚集，阻断疫情传播，保障考生的生命安全和身体健康，即日起，暂停我省自学考试相关考籍业务现场办理工作，具体恢复时间另行公布。现场办理业务包括：考籍信息更正、合并准考证、免考、转考、历史成绩更正、补办毕业档案等业务。原定于3月份办理转考（转入）确认手续的，延期进行，具体办理时间以教育部有关部门发布的公告为准，我省也会及时公布。</w:t>
      </w:r>
    </w:p>
    <w:p>
      <w:r>
        <w:t>广东省自学考试委员会办公室</w:t>
      </w:r>
    </w:p>
    <w:p>
      <w:r>
        <w:t>2020年02月17日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