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2019年1月广东省自学考试各专业开考课程考试时间安排表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https://szeb.sz.gov.cn/szzkw/zkcx/zxks/kkkcksap/content/post_8949608.html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 xml:space="preserve"> 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 5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 6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520804</w:t>
              <w:br/>
              <w:t xml:space="preserve"> 环境工程技术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水土污染与防治技术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环境监测(二)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环境问题案例分析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540301</w:t>
              <w:br/>
              <w:t xml:space="preserve"> 建筑工程技术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540703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物业管理财务基础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560102</w:t>
              <w:br/>
              <w:t xml:space="preserve"> 机械制造与自动化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机械制造工艺基础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流体传动与控制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数控机床与编程(一)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560103</w:t>
              <w:br/>
              <w:t xml:space="preserve"> ★数控技术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数控加工工艺及设备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数控加工编程与操作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互换性原理与测量技术基础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560113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压铸模及其他模具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冷冲压工艺与模具设计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模具材料与热处理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现代模具制造技术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塑料成型机械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企业管理与技术经济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塑料成型工艺与模具设计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560301</w:t>
              <w:br/>
              <w:t xml:space="preserve"> 机电一体化技术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农村电力系统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电器设备使用与维护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计算机实用基础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农业机械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汽车拖拉机构造原理与应用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560302</w:t>
              <w:br/>
              <w:t xml:space="preserve"> 电气自动化技术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电气测量技术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工厂电气设备控制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微型计算机技术及应用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560702</w:t>
              <w:br/>
              <w:t xml:space="preserve"> ★汽车检测与维修技术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职业道德与礼仪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汽车售后服务管理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汽车应用英语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汽车底盘构造与维修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汽车诊断与维修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汽车电气设备与维修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汽车保险与理赔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590106</w:t>
              <w:br/>
              <w:t xml:space="preserve"> 食品营养与卫生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610102</w:t>
              <w:br/>
              <w:t xml:space="preserve"> ★应用电子技术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非线性电子电路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数字电路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电路分析基础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移动通信原理与应用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嵌入式LINUX应用编程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ARM结构与程序开发入门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证券投资学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华南农业大学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（会计电算化）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（农村财会与审计）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乡镇资源开发与环境保护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乡镇企业生产管理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630602</w:t>
              <w:br/>
              <w:t xml:space="preserve"> 商务管理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630903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物流案例与实训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运输与配送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采购与仓储管理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采购管理与库存控制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信息技术与物流管理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630907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采购原理与战略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采购环境与供应市场分析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采购过程与合同管理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采购绩效测量与商业分析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640101</w:t>
              <w:br/>
              <w:t xml:space="preserve"> 旅游管理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旅游市场学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食品营养与卫生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导游学概论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640301</w:t>
              <w:br/>
              <w:t xml:space="preserve"> ★会展策划与管理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现代商务礼仪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650102</w:t>
              <w:br/>
              <w:t xml:space="preserve"> 视觉传播设计与制作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650111</w:t>
              <w:br/>
              <w:t xml:space="preserve"> 环境艺术设计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650103</w:t>
              <w:br/>
              <w:t xml:space="preserve"> 广告设计与制作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广告媒体分析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广告文案写作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650108</w:t>
              <w:br/>
              <w:t xml:space="preserve"> 服装与服饰设计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  <w:br/>
              <w:t xml:space="preserve"> 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服装生产管理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服装市场与营销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服装企业督导管理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服装品质管理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650120</w:t>
              <w:br/>
              <w:t xml:space="preserve"> 动漫设计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动漫产业概论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动画编导基础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670102K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广东省外语艺术职业学院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学前儿童语言教育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学前儿童数学教育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学前儿童美术教育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学前儿童科学教育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学前儿童音乐教育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670121K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特殊儿童心理与教育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心理健康教育课程设计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团体心理辅导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中小学语文教材教法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670202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670206</w:t>
              <w:br/>
              <w:t xml:space="preserve"> 应用日语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日本国概况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日语综合技能(一)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档案学概论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财务管理与会计基础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秘书事务管理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法律事务管理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680503</w:t>
              <w:br/>
              <w:t xml:space="preserve"> 法律事务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690105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690202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劳动就业概论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A040106</w:t>
              <w:br/>
              <w:t xml:space="preserve"> ★教育管理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说明：专业名称前标注“★”为停考专业，不再接受新生报名。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 xml:space="preserve"> 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 5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 6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320101</w:t>
              <w:br/>
              <w:t xml:space="preserve"> 区域经济开发与管理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农业区划与布局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乡镇经济发展调查与分析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农业推广学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小城镇发展与规划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区域可持续发展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020202</w:t>
              <w:br/>
              <w:t xml:space="preserve"> 税收学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国际税收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国有资产管理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政府预算管理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财税史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外国财政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020304</w:t>
              <w:br/>
              <w:t xml:space="preserve"> 投资学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税收筹划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房地产投资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金融营销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金融理财分析技术与技巧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07250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投资学原理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020401</w:t>
              <w:br/>
              <w:t xml:space="preserve"> 国际经济与贸易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  <w:br/>
              <w:t xml:space="preserve"> 广东工业大学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国际结算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（法律）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证据法学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030302</w:t>
              <w:br/>
              <w:t xml:space="preserve"> 社会工作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人类成长与环境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中国福利思想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绩效管理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西方社会学理论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个案社会工作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社会行政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040101</w:t>
              <w:br/>
              <w:t xml:space="preserve"> 教育学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语文教育学导论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340101</w:t>
              <w:br/>
              <w:t xml:space="preserve"> 教育管理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班级管理学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现代学校人力资源管理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教育财政学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340102</w:t>
              <w:br/>
              <w:t xml:space="preserve"> 心理健康教育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实验心理学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心理测评技术与档案建立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心理与教育统计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人格心理学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学习心理与辅导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（音乐教育）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曲式与作品分析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和声学(二)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简明配器法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音乐作品欣赏(二)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复调音乐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歌曲作法(二)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（美术教育）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美术鉴赏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040106</w:t>
              <w:br/>
              <w:t xml:space="preserve"> 学前教育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广东第二师范学院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学前儿童家庭教育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学前儿童心理卫生与辅导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学前教育科学研究与论文写作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学前特殊儿童教育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儿童文学名著导读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学前游戏论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学前教育行政与管理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学前教育诊断与咨询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040201</w:t>
              <w:br/>
              <w:t xml:space="preserve"> 体育教育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社会体育学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运动训练学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体育管理学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体育科研方法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唐诗宋词研究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中学语文教学法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民间文学概论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050107T</w:t>
              <w:br/>
              <w:t xml:space="preserve"> 秘书学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历代应用文选读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文献检索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传播与广告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理财学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秘书外事管理实务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国际商务法律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第二外语(法语)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中学英语教学法(小教)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英美报刊选读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外语教学心理学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050207</w:t>
              <w:br/>
              <w:t xml:space="preserve"> 日语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日本文学选读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日本社会文化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第二外语(英语)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日语句法篇章法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050262</w:t>
              <w:br/>
              <w:t xml:space="preserve"> 商务英语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050301</w:t>
              <w:br/>
              <w:t xml:space="preserve"> 新闻学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050303</w:t>
              <w:br/>
              <w:t xml:space="preserve"> 广告学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广播电视广告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中外广告史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平面广告设计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080202</w:t>
              <w:br/>
              <w:t xml:space="preserve"> 机械设计制造及其自动化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机械制造装备设计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几何量公差与检测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计算机辅助工程软件(UG)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01457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企业应用文写作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机电传动与控制技术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车身工程应用数学基础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液压与气压传动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数控原理与数控技术运用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080208</w:t>
              <w:br/>
              <w:t xml:space="preserve"> 汽车服务工程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机械测试技术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04912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汽车电子控制技术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汽车故障分析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发动机原理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汽车构造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汽车维修技术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汽车安全检测技术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汽车运用工程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080801</w:t>
              <w:br/>
              <w:t xml:space="preserve"> 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电机与拖动基础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楼宇智能化技术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ARM体系结构与编程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嵌入式LINUX系统开发与应用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嵌入式系统设计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081001</w:t>
              <w:br/>
              <w:t xml:space="preserve"> 土木工程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081301</w:t>
              <w:br/>
              <w:t xml:space="preserve"> 化学工程与工艺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有机化学（二）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化工设计概论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无机及分析化学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化学品安全管理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化工技术经济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化工产品检测技术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化工机械基础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化工仪表及自动化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081602</w:t>
              <w:br/>
              <w:t xml:space="preserve"> 服装设计与工程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  <w:br/>
              <w:t xml:space="preserve"> 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西洋服装史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服饰流行分析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服装连锁店管理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服装工业工程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082504</w:t>
              <w:br/>
              <w:t xml:space="preserve"> 环境生态工程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环境仪器分析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环境微生物学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大气污染控制技术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固体废物管理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城市生态与环境学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环境规划与管理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环境地学基础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水污染控制工程（一）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090401</w:t>
              <w:br/>
              <w:t xml:space="preserve"> 动物医学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家畜传染病学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家畜环境卫生学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家畜内科学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兽医免疫学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生物统计附试验设计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家畜外科学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畜牧兽医行政管理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100701</w:t>
              <w:br/>
              <w:t xml:space="preserve"> 药学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药事管理学(二)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分子生物学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药物分析(三)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药剂学(二)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有机化学(五)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数理统计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药物化学(二)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物理化学(二)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药理学(四)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药用植物与生药学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项目范围管理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项目采购管理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项目时间管理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项目质量管理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项目成本管理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项目论证与评估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项目人力资源与沟通管理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建筑力学与结构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工程造价确定与控制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施工技术与组织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工程招标与合同管理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工程经济学与项目融资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120105</w:t>
              <w:br/>
              <w:t xml:space="preserve"> 工程造价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项目决策分析与评价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城市规划原理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建筑工程合同（含FIDIC）条款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建设工程工程量清单计价实务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建设监理导论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面向对象数据库技术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国家税收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财务会计专题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会计制度设计与比较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管理与成本会计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120206</w:t>
              <w:br/>
              <w:t xml:space="preserve"> 人力资源管理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人事管理学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现代人员测评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工作岗位研究原理与应用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劳动争议处理概论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现代企业人力资源管理概论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国际劳务合作和海外就业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宏观劳动力配置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120209</w:t>
              <w:br/>
              <w:t xml:space="preserve"> 物业管理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城市社区建设概论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物业信息管理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物业设备管理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物业管理国际标准与质量认证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06569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120401</w:t>
              <w:br/>
              <w:t xml:space="preserve"> 公共事业管理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文化管理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劳动和社会保障概论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公共卫生管理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国土资源管理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网站建设与管理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电子政务理论与技术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信息与网络安全管理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120601</w:t>
              <w:br/>
              <w:t xml:space="preserve"> 物流管理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供应链与企业物流管理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物流运输管理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供应链物流学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物流系统工程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仓储技术和库存理论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120603T</w:t>
              <w:br/>
              <w:t xml:space="preserve"> 采购管理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采购法务与合同管理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运作管理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120801</w:t>
              <w:br/>
              <w:t xml:space="preserve"> 电子商务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120901K</w:t>
              <w:br/>
              <w:t xml:space="preserve"> 旅游管理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中国旅游文学作品选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旅游文化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旅游资源开发与环境保护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旅行社经营与管理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旅游饭店设备管理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旅游地理学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美食与菜系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120903</w:t>
              <w:br/>
              <w:t xml:space="preserve"> ★会展经济与管理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会议酒店管理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会展场馆经营与管理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会展客户关系管理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130502</w:t>
              <w:br/>
              <w:t xml:space="preserve"> 视觉传达设计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广东工业大学</w:t>
              <w:br/>
              <w:t xml:space="preserve"> 广东财经大学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130503</w:t>
              <w:br/>
              <w:t xml:space="preserve"> 环境设计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广东工业大学</w:t>
              <w:br/>
              <w:t xml:space="preserve"> 广东财经大学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130305</w:t>
              <w:br/>
              <w:t xml:space="preserve"> ★广播电视编导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电视采访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电视画面编辑基础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电视摄影造型基础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电视文艺编导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电视节目导播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广播新闻节目创作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电视艺术片创作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电视节目包装与编排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电视片结构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130508</w:t>
              <w:br/>
              <w:t xml:space="preserve"> 数字媒体艺术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多媒体技术应用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Visual Basic程序设计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B070102</w:t>
              <w:br/>
              <w:t xml:space="preserve"> ★数学教育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微分几何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高等代数(一)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数学分析续论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应用统计方法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常微分方程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初等数论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中学数学方法论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复变函数论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组合数学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近世代数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说明：专业名称前标注“★”为停考专业，不再接受新生报名。</w:t>
      </w:r>
    </w:p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