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2026年广州市实验外语学校、深圳外国语学校推荐保送生资格名单公示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https://eea.gd.gov.cn/zwgk_zkgs/content/post_4845550.html</w:t>
        </w:r>
      </w:hyperlink>
    </w:p>
    <w:p/>
    <w:p>
      <w:r>
        <w:t>根据教育部、省教育厅关于做好2026年部分外国语中学推荐保送生工作的有关要求，现公示2026年广州市实验外语学校、深圳外国语学校推荐保送生资格名单，公示期10天。个人和单位如对公示名单有异议，请向省招生办反映，反映意见须内容真实且具体明确。属个人反映的需签署真实姓名、联系电话，属单位反映的需加盖公章、注明联系方式，否则不予受理。联系电话：020-62833628。</w:t>
      </w:r>
    </w:p>
    <w:p>
      <w:r>
        <w:t>附件：2026年广州市实验外语学校、深圳外国语学校推荐保送生资格名单</w:t>
      </w:r>
    </w:p>
    <w:p>
      <w:r>
        <w:t>广东省招生委员会办公室</w:t>
      </w:r>
    </w:p>
    <w:p>
      <w:r>
        <w:t>2026年1月20日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https://eea.gd.gov.cn/attachment/0/604/604368/4845550.pdf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845550.html" TargetMode="External"/><Relationship Id="rId11" Type="http://schemas.openxmlformats.org/officeDocument/2006/relationships/hyperlink" Target="https://eea.gd.gov.cn/attachment/0/604/604368/484555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