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深圳市2019年度高等教育自学考试社会助学机构信息公告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2019-11-27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https://szeb.sz.gov.cn/szzkw/zkgg/zkxx1/content/post_8949701.html</w:t>
        </w:r>
      </w:hyperlink>
    </w:p>
    <w:p/>
    <w:p>
      <w:r>
        <w:t>根据省考办《关于进一步加强我省自学考试社会助学机构业务指导工作的通知》（粤考办〔2015〕46号）和我办《深圳市招生考试办公室关于开展我市2019年度社会助学机构备案登记工作的通知》（深招办〔2019〕196号）精神和要求，为落实《高等教育自学考试社会助学管理试行办法》（考委办〔2010〕1号）中关于高等教育自学考试社会助学组织公告与监督制度的有关规定，进一步增加社会助学机构信息的透明度，加强社会的监督力量，现将我市2019年度社会助学机构的相关信息进行公告（详见附件）。</w:t>
      </w:r>
    </w:p>
    <w:p>
      <w:r>
        <w:t>附件：深圳市2019年度自学考试社会助学机构备案登记一览表</w:t>
      </w:r>
    </w:p>
    <w:p>
      <w:r>
        <w:drawing>
          <wp:inline xmlns:a="http://schemas.openxmlformats.org/drawingml/2006/main" xmlns:pic="http://schemas.openxmlformats.org/drawingml/2006/picture">
            <wp:extent cx="6400800" cy="761695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2c1e7ea59b666f787c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6169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616610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c10ab8ca602cd5f8c3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16610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70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