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关于延长2008年成人高考网上报名时间的通知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2008-09-10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https://eea.gd.gov.cn/crgk/content/post_2218718.html</w:t>
        </w:r>
      </w:hyperlink>
    </w:p>
    <w:p/>
    <w:p>
      <w:r>
        <w:t>根据报名的情况，2008年成人高考网上报名时间延迟到9月12日。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87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