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2022年下半年全国大学英语四、六级考试成绩即将公布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2023-02-20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社会考试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https://eea.gd.gov.cn/shks/content/post_4097675.html</w:t>
        </w:r>
      </w:hyperlink>
    </w:p>
    <w:p/>
    <w:p>
      <w:r>
        <w:t>2022年下半年全国大学英语四、六级考试（含口试）成绩将于2月21日上午10点公布。考生可通过以下方式查询成绩：</w:t>
      </w:r>
    </w:p>
    <w:p>
      <w:r>
        <w:t>一、登录中国教育考试网（http://cet.neea.edu.cn/cet）查询。</w:t>
      </w:r>
    </w:p>
    <w:p>
      <w:r>
        <w:t>二、使用微信APP扫描下方小程序码或搜索“中国教育考试网”小程序进行查询。</w:t>
      </w:r>
    </w:p>
    <w:p>
      <w:r>
        <w:drawing>
          <wp:inline xmlns:a="http://schemas.openxmlformats.org/drawingml/2006/main" xmlns:pic="http://schemas.openxmlformats.org/drawingml/2006/picture">
            <wp:extent cx="3009900" cy="2476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65edc93567e0339350bf246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2476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三、使用百度APP扫描下方小程序码或搜索“中国教育考试网”小程序进行查询。</w:t>
      </w:r>
    </w:p>
    <w:p>
      <w:r>
        <w:drawing>
          <wp:inline xmlns:a="http://schemas.openxmlformats.org/drawingml/2006/main" xmlns:pic="http://schemas.openxmlformats.org/drawingml/2006/picture">
            <wp:extent cx="1930400" cy="19304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8746261fc81572889954b4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30400" cy="1930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考生如对考试成绩有疑问，可在成绩公布后1个月内向全国大学英语四、六级考试委员会办公室提出复查申请，逾期不予受理。具体操作可登录中国教育考试网（http://cet.neea.edu.cn/html1/folder/19081/5179-1.htm）查询。</w:t>
      </w:r>
    </w:p>
    <w:p>
      <w:r>
        <w:t>自2021年上半年考试起，教育部教育考试院将提供电子成绩报告单（小语种科目为证书），考生可于2月28日10时起，登录中国教育考试网（www.neea.edu.cn），免费查询下载本次考试的电子成绩报告单（证书），电子成绩报告单（证书）与纸质成绩报告单（证书）同等效力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shks/content/post_4097675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