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春季退役大学生综合考查时间安排在什么时候以及考查内容是什么？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2024-12-13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https://eea.gd.gov.cn/dawenku/zcwj/content/post_4615479.html</w:t>
        </w:r>
      </w:hyperlink>
    </w:p>
    <w:p/>
    <w:p>
      <w:r>
        <w:t>退役大学生士兵综合考查由招生院校组织，考查时间及内容请咨询招生院校。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61547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