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2020年1月自学考试将于本周末举行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2019-12-31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https://szeb.sz.gov.cn/szzkw/zkgg/zkxx1/content/post_8949697.html</w:t>
        </w:r>
      </w:hyperlink>
    </w:p>
    <w:p/>
    <w:p>
      <w:r>
        <w:t>2020年1月自学考试将于2020年1月4日至5日（周六、日）举行。我市将有105960名考生参加240879科次考试，在9个区共安排了84个考点。近几年来，随着教育改革的不断深入，我市自学考试事业蓬勃发展，市民学习热情高涨，为建设学习型城市、打造终身教育体系发挥了积极作用。目前各项考务工作准备就绪。</w:t>
      </w:r>
    </w:p>
    <w:p>
      <w:r>
        <w:t>考生自行打印准考证</w:t>
      </w:r>
    </w:p>
    <w:p>
      <w:r>
        <w:t>根据《关于广东省自学考试实施自行打印准考证的通知》（粤考办〔2018〕18号）要求，我省自学考试实行网上自行打印准考证。考生可在考前登录广东省自学考试管理系统（http://www.eeagd.edu.cn/selfec/）自行打印。打印准考证时务必严格按照要求，登录系统后点击【下载准考证】按钮下载准考证PDF文件并打印，不得用打印截图、网页等方式替代，不得在纸质准考证上（包括正面、背面）做任何标记。</w:t>
      </w:r>
    </w:p>
    <w:p>
      <w:r>
        <w:t>所有考生均须凭当期报考后网上打印的准考证及本人有效身份证（不含电子身份证）参加考试，之前发放的我省自学考试卡片式准考证不再作为参加考试的凭证。自行打印的准考证上将标明本次考试座位安排信息，建议广大考生尽早打印，妥善保管，以免影响参加考试。</w:t>
      </w:r>
    </w:p>
    <w:p>
      <w:r>
        <w:t>对于自行打印准考证有困难的考生，可凭本人身份证原件到市招考办打印，地址：罗湖区泥岗西路1068号，联系电话：0755-82181999。</w:t>
      </w:r>
    </w:p>
    <w:p>
      <w:r>
        <w:t>诚信考试</w:t>
      </w:r>
    </w:p>
    <w:p>
      <w:r>
        <w:t>不违规作弊。考生要认真阅读《广东省高等教育自学考试考场规则》、《国家教育考试违规处理办法》（教育部第33号令）、《〈国家教育考试违规处理办法〉中部分自学考试事项贯彻意见》、《中华人民共和国刑法修正案（九）》、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市招考办温馨提示</w:t>
      </w:r>
    </w:p>
    <w:p>
      <w:r>
        <w:t>一、提前熟悉考点地址及交通路线。考生应提前准确查询考试地点，了解到达考点的交通路线，预留到达考点的时间。</w:t>
      </w:r>
    </w:p>
    <w:p>
      <w:r>
        <w:t>二、带齐“两证”，按时应考。考生要带齐准考证和身份证，按时赴考。开考15分钟后禁止考生进入考场；交卷出场时间不得早于每课程考试结束前30分钟，否则按违规处理。</w:t>
      </w:r>
    </w:p>
    <w:p>
      <w:r>
        <w:t>三、准备好考试用品。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四、严禁将试卷、草稿纸带出考场。</w:t>
      </w:r>
    </w:p>
    <w:p>
      <w:r>
        <w:t>五、请考生自觉维护考点的校园环境卫生。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6456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9720ce17970162f63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45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0a4ea4b081b7b7c3292558c9d796fc03a5e4558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0a4ea4b081b7b7c3292558c9d796fc03a5e4558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3d125bdc4ba6110f2a850a47ed49b72b419995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3d125bdc4ba6110f2a850a47ed49b72b419995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7441d4e623ef3ade8063117d4f6cba4f9a8f2d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7441d4e623ef3ade8063117d4f6cba4f9a8f2d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6c984a75a9f86add6d35e8109ba0d148705455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3798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6c984a75a9f86add6d35e8109ba0d148705455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3798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97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