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2020年成人高考考生防疫须知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2020-09-25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https://eea.gd.gov.cn/crgk/content/post_3093085.html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https://eea.gd.gov.cn/bmbk_sksywj/content/post_3093209.html</w:t>
        </w:r>
      </w:hyperlink>
    </w:p>
    <w:p/>
    <w:p>
      <w:r>
        <w:t>一、考前准备——考生健康情况监测</w:t>
      </w:r>
    </w:p>
    <w:p>
      <w:r>
        <w:t>1.所有考生须注册“粤康码”信息，未注册“粤康码”的考生不予打印准考证，不得参加考试。</w:t>
      </w:r>
    </w:p>
    <w:p>
      <w:r>
        <w:t>2.尚在外地的考生应了解考点所在地疫情防控相关要求，及时返回，并按属地化要求和规定进行管理，以免耽误考试。根据我省卫生防疫相关规定，从境外或中高风险地区返粤及“粤康码”红码的人员，须按当地要求先隔离14天。</w:t>
      </w:r>
    </w:p>
    <w:p>
      <w:r>
        <w:t>3.10月10日起，所有考生须进行考前14天自我健康观察，如实在“粤康码”中进行健康申报，同时如实填写考前14天个人健康信息申报表（见附件），并在参加每场考试时提交考点工作人员。未按要求申报的考生须提供考前7天核酸检测阴性证明，方可参加考试。</w:t>
      </w:r>
    </w:p>
    <w:p>
      <w:r>
        <w:t>4.考生应注意个人卫生和防护，尽量避免与外地来粤人员接触，避免去人群聚集的场所。</w:t>
      </w:r>
    </w:p>
    <w:p>
      <w:r>
        <w:t>5.考前14天内出现发热、干咳、乏力、鼻塞、流涕、咽痛、腹泻等可疑症状、有境外或中高风险地区活动轨迹、或“粤康码”为红码的人员，应立即报告当地教育行政部门，按规定及时就医排查。相关考生须提供考前7天核酸检测阴性证明，方可参加考试。</w:t>
      </w:r>
    </w:p>
    <w:p>
      <w:r>
        <w:t>二、考试实施</w:t>
      </w:r>
    </w:p>
    <w:p>
      <w:r>
        <w:t>（一）考生入场、候考和考试</w:t>
      </w:r>
    </w:p>
    <w:p>
      <w:r>
        <w:t>1.考前60分钟起（规模较大考点可再提前），考点组织考生，沿体温检测通道，分散有序入场，保持间隔。所有考生要求佩戴口罩，逐一检测体温，核查准考证、身份证和粤康码。临时出现体温异常的考生，可根据医疗卫生专业人员指引，先在临时观察区进行复核评估后作下一步处置。发热考生凭准考证、身份证和核酸检测阴性证明等材料，经卫生专业人员评估后，具备条件的，由专人引导，前往备用隔离考场。</w:t>
      </w:r>
    </w:p>
    <w:p>
      <w:r>
        <w:t>2.考生进入考场前宜用速干手消毒剂进行手消毒或者洗手。</w:t>
      </w:r>
    </w:p>
    <w:p>
      <w:r>
        <w:t>3.低风险地区的考生在进入考场前要佩戴口罩，进入考场就座后，考生可以自主决定是否继续佩戴；非低风险地区、备用隔离考场的考生要全程佩戴口罩。</w:t>
      </w:r>
    </w:p>
    <w:p>
      <w:r>
        <w:t>4.考生进行身份核验时需摘除口罩，不得因为佩戴口罩影响身份核验。</w:t>
      </w:r>
    </w:p>
    <w:p>
      <w:r>
        <w:t>（二）备用隔离考场考务安排</w:t>
      </w:r>
    </w:p>
    <w:p>
      <w:r>
        <w:t>1.考试当天有发热、咳嗽等呼吸道症状者，须安排在备用隔离考场考试。</w:t>
      </w:r>
    </w:p>
    <w:p>
      <w:r>
        <w:t>2.考生进入考场前，必须用速干手消毒剂进行手消毒，考试过程考生应全程佩戴口罩。</w:t>
      </w:r>
    </w:p>
    <w:p>
      <w:r>
        <w:t>（三）考试结束</w:t>
      </w:r>
    </w:p>
    <w:p>
      <w:r>
        <w:t>考生散场时要按监考员的指令有序离场，不得拥挤，保持人员间距。考点可安排各考场错峰离场。</w:t>
      </w:r>
    </w:p>
    <w:p>
      <w:r>
        <w:t>附件：广东省2020年成人高考健康信息申报表.docx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广东省2020年成人高考健康信息申报表.docx</w:t>
        </w:r>
      </w:hyperlink>
    </w:p>
    <w:p>
      <w:r>
        <w:rPr>
          <w:sz w:val="16"/>
        </w:rPr>
        <w:t>https://eea.gd.gov.cn/attachment/0/402/402150/3093085.docx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广东省2020年成人高考健康信息申报表.docx</w:t>
        </w:r>
      </w:hyperlink>
    </w:p>
    <w:p>
      <w:r>
        <w:t>https://eea.gd.gov.cn/attachment/0/402/402150/3093209.docx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093085.html" TargetMode="External"/><Relationship Id="rId11" Type="http://schemas.openxmlformats.org/officeDocument/2006/relationships/hyperlink" Target="https://eea.gd.gov.cn/bmbk_sksywj/content/post_3093209.html" TargetMode="External"/><Relationship Id="rId12" Type="http://schemas.openxmlformats.org/officeDocument/2006/relationships/hyperlink" Target="https://eea.gd.gov.cn/attachment/0/402/402150/3093085.docx" TargetMode="External"/><Relationship Id="rId13" Type="http://schemas.openxmlformats.org/officeDocument/2006/relationships/hyperlink" Target="https://eea.gd.gov.cn/attachment/0/402/402150/3093209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