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关于公布广东省2023年普通高校春季高考招生录取最低分数线的通知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2023-03-17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https://szeb.sz.gov.cn/szzkw/zkgg/gkxx/content/post_10489705.html</w:t>
        </w:r>
      </w:hyperlink>
    </w:p>
    <w:p/>
    <w:p>
      <w:r>
        <w:t>各地级以上市招生委员会，各高等学校：</w:t>
      </w:r>
    </w:p>
    <w:p>
      <w:r>
        <w:t>经研究决定，广东省2023年普通高校春季高考（普通高等学校招收中等职业学校毕业生统一考试、高职院校依据普通高中学业水平考试成绩招生录取）招生录取最低分数线如下：</w:t>
      </w:r>
    </w:p>
    <w:p>
      <w:r>
        <w:t>一、普通高等学校招收中等职业学校毕业生统一考试</w:t>
      </w:r>
    </w:p>
    <w:p>
      <w:r>
        <w:t>（一）本科院校招收中等职业学校毕业生</w:t>
      </w:r>
    </w:p>
    <w:p>
      <w:r>
        <w:t>文化科总分260分。</w:t>
      </w:r>
    </w:p>
    <w:p>
      <w:r>
        <w:t>（二）高职院校招收中等职业学校毕业生</w:t>
      </w:r>
    </w:p>
    <w:p>
      <w:r>
        <w:t>文化科总分100分。</w:t>
      </w:r>
    </w:p>
    <w:p>
      <w:r>
        <w:t>（三）高职院校招收退役士兵考生</w:t>
      </w:r>
    </w:p>
    <w:p>
      <w:r>
        <w:t>文化科总分85分。</w:t>
      </w:r>
    </w:p>
    <w:p>
      <w:r>
        <w:t>（四）高职院校招收内地西藏新疆中职班考生</w:t>
      </w:r>
    </w:p>
    <w:p>
      <w:r>
        <w:t>文化科总分90分。</w:t>
      </w:r>
    </w:p>
    <w:p>
      <w:r>
        <w:t>二、高职院校依据普通高中学业水平考试成绩招生录取</w:t>
      </w:r>
    </w:p>
    <w:p>
      <w:r>
        <w:t>普通类：文化科总分170分。</w:t>
      </w:r>
    </w:p>
    <w:p>
      <w:r>
        <w:t>体育类：文化科总分170分，体育术科175分。</w:t>
      </w:r>
    </w:p>
    <w:p>
      <w:r>
        <w:t>音乐类（含音乐学、音乐表演-声乐、音乐表演-器乐）：文化科总分160分，音乐术科150分。</w:t>
      </w:r>
    </w:p>
    <w:p>
      <w:r>
        <w:t>美术类：文化科总分160分，美术术科155分。</w:t>
      </w:r>
    </w:p>
    <w:p>
      <w:r>
        <w:t>舞蹈类：文化科总分155分，舞蹈术科150分。</w:t>
      </w:r>
    </w:p>
    <w:p>
      <w:r>
        <w:t>广播电视编导类：文化科总分170分，广播电视编导术科190分。</w:t>
      </w:r>
    </w:p>
    <w:p>
      <w:r>
        <w:t>广东省招生委员会</w:t>
      </w:r>
    </w:p>
    <w:p>
      <w:r>
        <w:t>2023年3月15日</w:t>
      </w:r>
    </w:p>
    <w:p>
      <w:r>
        <w:t>来源：广东省教育考试院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48970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