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https://szeb.sz.gov.cn/szzkw/zkcx/zxks/zkzy/bkcc/content/post_8949059.html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248b672fc61e5eb9dc1427d1b1dd27cdb4885f5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248b672fc61e5eb9dc1427d1b1dd27cdb4885f5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59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