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4月自考报名报考温馨提醒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2026-02-27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https://szeb.sz.gov.cn/szzkw/qt/tzgg/content/post_12657729.html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https://szeb.sz.gov.cn/szzkw/zkgg/zkxx1/content/post_12657354.html</w:t>
        </w:r>
      </w:hyperlink>
    </w:p>
    <w:p/>
    <w:p>
      <w:r>
        <w:t>我省2026年4月自学考试网上报名报考于2月26日开始，考生可查阅省教育考试院官微、官网及自考管理系统发布的报名报考须知，按时报名报考。</w:t>
      </w:r>
    </w:p>
    <w:p>
      <w:r>
        <w:t>来源：广东省教育考试院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657729.html" TargetMode="External"/><Relationship Id="rId11" Type="http://schemas.openxmlformats.org/officeDocument/2006/relationships/hyperlink" Target="https://szeb.sz.gov.cn/szzkw/zkgg/zkxx1/content/post_1265735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