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关于公布广东省2020年成人高考考生成绩和录取结果查询方式的通知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2020-11-22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https://eea.gd.gov.cn/crgk/content/post_3132474.html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https://eea.gd.gov.cn/tzgg/content/post_3132476.html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https://eea.gd.gov.cn/bmbk_sksywj/content/post_3132475.html</w:t>
        </w:r>
      </w:hyperlink>
    </w:p>
    <w:p/>
    <w:p>
      <w:r>
        <w:t>各地级以上市招生办公室（考试中心）：</w:t>
      </w:r>
    </w:p>
    <w:p>
      <w:r>
        <w:t>我省2020年成人高等学校招生全国统一考试评卷工作已全部完成，成人高考录取也将于12月上中旬进行。现将考生考试成绩和录取结果公布的有关事项通知如下：</w:t>
      </w:r>
    </w:p>
    <w:p>
      <w:r>
        <w:t>一、成绩和录取结果公布</w:t>
      </w:r>
    </w:p>
    <w:p>
      <w:r>
        <w:t>我院将于11月22日13：00起向在成人高考报名系统绑定的考生手机推送成绩；13:20起，考生可通过省教育考试院官微（ID：gdsksy）小程序和广东教育考试服务网（www.eesc.com.cn）查询成绩。成人高考录取期间，通过省教育考试院官微可以获取或查询录取结果。11月29日16:00起，考生可以通过省教育考试院官微小程序自行下载并打印成绩证书。考生成绩和录取结果公布方式见附件1。</w:t>
      </w:r>
    </w:p>
    <w:p>
      <w:r>
        <w:t>录取结果公布时间请留意广东省教育考试院官方微信、广东省教育考试院网站、广东教育考试服务网相关公告讯息。</w:t>
      </w:r>
    </w:p>
    <w:p>
      <w:r>
        <w:t>二、考试成绩复核</w:t>
      </w:r>
    </w:p>
    <w:p>
      <w:r>
        <w:t>（一）申请复查程序。考生在获得成人高考成绩后，如对本人某科成绩有疑问，可在11月25日17：00时前凭准考证到当地县（市、区）招生办公室（考试中心）提出复查分数的书面申请，并按复查科目填写《2020年成人高考考生申请复查成绩登记表》（见附件2）。复查内容为成绩统计合成是否有误，答卷是否漏评，答卷扫描是否准确,不涉及评分标准掌握的宽严问题。各市汇总申请成绩复核考生名单后，于11月26日12:00前将扫描印章版和可编辑版表格发送至省教育考试院（考招二处）。省教育考试院将于11月27-28日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附件：1.2020年成人高考成绩和录取结果公布方式</w:t>
      </w:r>
    </w:p>
    <w:p>
      <w:r>
        <w:t>2.2020年成人高考考生申请复查成绩登记表</w:t>
      </w:r>
    </w:p>
    <w:p>
      <w:r>
        <w:t>广东省教育考试院办公室</w:t>
      </w:r>
    </w:p>
    <w:p>
      <w:r>
        <w:t>2020年11月22日</w:t>
      </w:r>
    </w:p>
    <w:p>
      <w:r>
        <w:t>附件1-2020年成人高考成绩和录取结果公布方式</w:t>
      </w:r>
    </w:p>
    <w:p>
      <w:r>
        <w:t>附件2-2020年成人高考考生申请复查成绩登记表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附件1-2020年成人高考成绩和录取结果公布方式</w:t>
        </w:r>
      </w:hyperlink>
    </w:p>
    <w:p>
      <w:r>
        <w:rPr>
          <w:sz w:val="16"/>
        </w:rPr>
        <w:t>https://eea.gd.gov.cn/attachment/0/405/405575/3132474.docx</w:t>
      </w:r>
    </w:p>
    <w:p>
      <w:hyperlink r:id="rId14">
        <w:r>
          <w:rPr>
            <w:color w:val="18548A"/>
          </w:rPr>
          <w:t>附件2-2020年成人高考考生申请复查成绩登记表</w:t>
        </w:r>
      </w:hyperlink>
    </w:p>
    <w:p>
      <w:r>
        <w:rPr>
          <w:sz w:val="16"/>
        </w:rPr>
        <w:t>https://eea.gd.gov.cn/attachment/0/405/405576/3132474.doc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附件1-2020年成人高考成绩和录取结果公布方式</w:t>
        </w:r>
      </w:hyperlink>
    </w:p>
    <w:p>
      <w:r>
        <w:t>https://eea.gd.gov.cn/attachment/0/405/405575/3132476.docx</w:t>
      </w:r>
    </w:p>
    <w:p>
      <w:hyperlink r:id="rId16">
        <w:r>
          <w:rPr>
            <w:color w:val="18548A"/>
          </w:rPr>
          <w:t>附件2-2020年成人高考考生申请复查成绩登记表</w:t>
        </w:r>
      </w:hyperlink>
    </w:p>
    <w:p>
      <w:r>
        <w:t>https://eea.gd.gov.cn/attachment/0/405/405576/3132476.doc</w:t>
      </w:r>
    </w:p>
    <w:p>
      <w:hyperlink r:id="rId17">
        <w:r>
          <w:rPr>
            <w:color w:val="18548A"/>
          </w:rPr>
          <w:t>附件1-2020年成人高考成绩和录取结果公布方式</w:t>
        </w:r>
      </w:hyperlink>
    </w:p>
    <w:p>
      <w:r>
        <w:t>https://eea.gd.gov.cn/attachment/0/405/405575/3132475.docx</w:t>
      </w:r>
    </w:p>
    <w:p>
      <w:hyperlink r:id="rId18">
        <w:r>
          <w:rPr>
            <w:color w:val="18548A"/>
          </w:rPr>
          <w:t>附件2-2020年成人高考考生申请复查成绩登记表</w:t>
        </w:r>
      </w:hyperlink>
    </w:p>
    <w:p>
      <w:r>
        <w:t>https://eea.gd.gov.cn/attachment/0/405/405576/3132475.doc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132474.html" TargetMode="External"/><Relationship Id="rId11" Type="http://schemas.openxmlformats.org/officeDocument/2006/relationships/hyperlink" Target="https://eea.gd.gov.cn/tzgg/content/post_3132476.html" TargetMode="External"/><Relationship Id="rId12" Type="http://schemas.openxmlformats.org/officeDocument/2006/relationships/hyperlink" Target="https://eea.gd.gov.cn/bmbk_sksywj/content/post_3132475.html" TargetMode="External"/><Relationship Id="rId13" Type="http://schemas.openxmlformats.org/officeDocument/2006/relationships/hyperlink" Target="https://eea.gd.gov.cn/attachment/0/405/405575/3132474.docx" TargetMode="External"/><Relationship Id="rId14" Type="http://schemas.openxmlformats.org/officeDocument/2006/relationships/hyperlink" Target="https://eea.gd.gov.cn/attachment/0/405/405576/3132474.doc" TargetMode="External"/><Relationship Id="rId15" Type="http://schemas.openxmlformats.org/officeDocument/2006/relationships/hyperlink" Target="https://eea.gd.gov.cn/attachment/0/405/405575/3132476.docx" TargetMode="External"/><Relationship Id="rId16" Type="http://schemas.openxmlformats.org/officeDocument/2006/relationships/hyperlink" Target="https://eea.gd.gov.cn/attachment/0/405/405576/3132476.doc" TargetMode="External"/><Relationship Id="rId17" Type="http://schemas.openxmlformats.org/officeDocument/2006/relationships/hyperlink" Target="https://eea.gd.gov.cn/attachment/0/405/405575/3132475.docx" TargetMode="External"/><Relationship Id="rId18" Type="http://schemas.openxmlformats.org/officeDocument/2006/relationships/hyperlink" Target="https://eea.gd.gov.cn/attachment/0/405/405576/3132475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