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2025年下半年全国中小学教师资格考试面试成绩即将公布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https://eea.gd.gov.cn/shks/content/post_4839849.html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https://eea.gd.gov.cn/news/content/post_4839937.html</w:t>
        </w:r>
      </w:hyperlink>
    </w:p>
    <w:p/>
    <w:p>
      <w:r>
        <w:t>2025年下半年全国中小学教师资格考试面试成绩将于2026年1月7日10:00公布，考生可登录中小学教师资格考试网（网址：http://ntce.neea.edu.cn）查询。</w:t>
      </w:r>
    </w:p>
    <w:p>
      <w:r>
        <w:t>考生如对成绩有异议，可于2026年1月8日至20日，使用电脑浏览器登录2025年下半年中小学教师资格考试面试广东省成绩复核申请平台（网址：https://www.eeagd.edu.cn/jzcjfh/#/），也可用手机微信扫描下方的二维码登录，根据指引提出复核申请。按照教育部教育考试院有关规定，成绩复核内容仅限于是否漏评、漏登分，成绩统计合成是否有误，不涉及评分标准掌握宽严问题。考生可在提交申请后10个工作日，登录上述平台查看复核结果。</w:t>
      </w:r>
    </w:p>
    <w:p>
      <w:r>
        <w:t>已通过中小学教师资格考试面试的考生，可自行登录中小学教师资格考试网，下载、打印PDF版考试合格证明。</w:t>
      </w:r>
    </w:p>
    <w:p>
      <w:r>
        <w:t>2025年下半年中小学教师资格考试面试</w:t>
      </w:r>
    </w:p>
    <w:p>
      <w:r>
        <w:t>广东省成绩复核申请平台二维码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8da6c726d12897699dc0b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39849.html" TargetMode="External"/><Relationship Id="rId11" Type="http://schemas.openxmlformats.org/officeDocument/2006/relationships/hyperlink" Target="https://eea.gd.gov.cn/news/content/post_4839937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