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2025年第一次广东省中等职业技术教育专业技能课程实操科目考试（深圳考区）考生温馨提示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2024-12-19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https://szeb.sz.gov.cn/szzkw/zkgg/skxx/content/post_11908708.html</w:t>
        </w:r>
      </w:hyperlink>
    </w:p>
    <w:p/>
    <w:p>
      <w:r>
        <w:t>各位考生：</w:t>
      </w:r>
    </w:p>
    <w:p>
      <w:r>
        <w:t>2025年第一次广东省中等职业技术教育专业技能课程实操科目考试（深圳考区）将于12月28日至29日（星期六、日）举行。为确保我市考生安全顺利赴考，现将有关注意事项提示如下：</w:t>
      </w:r>
    </w:p>
    <w:p>
      <w:r>
        <w:t>一、认真做好考前准备</w:t>
      </w:r>
    </w:p>
    <w:p>
      <w:r>
        <w:t>1.按时打印准考证。考生自12月20日15:00起登录广东省中职技能证书报名系统（https://www.eeagd.edu.cn/zzjnzsks）自行下载并打印准考证（准考证无需盖章）。请考生认真阅读准考证所注信息及相关要求，并严格执行。</w:t>
      </w:r>
    </w:p>
    <w:p>
      <w:r>
        <w:t>2.确保证件齐全。考生凭准考证、本人有效身份证件参加考试，电子身份证不作为考试入场有效证件使用。特别提醒：《电工》《电子》《机械》《化学》实操科目的考生，参加考试时，除携带本人准考证、身份证以外，还须携带实习证明（或岗位工作证明）。考试完毕后实习证明（或岗位工作证明）交考点存档。</w:t>
      </w:r>
    </w:p>
    <w:p>
      <w:r>
        <w:t>二、严格遵守考试纪律</w:t>
      </w:r>
    </w:p>
    <w:p>
      <w:r>
        <w:t>1.严格遵守考试时间。请考生合理规划安排，严格按准考证上规定的考试时间，持《准考证》和有效身份证件准时入场，自觉接受工作人员核验身份。</w:t>
      </w:r>
    </w:p>
    <w:p>
      <w:r>
        <w:t>2.诚信守纪考试。考试期间，严禁携带与考试无关物品进入考试区域，一经发现按违纪处理。考生要听从现场指挥，服从工作人员管理，切实做好实操考试过程中的自身安全防护。考试结束后，请按指令有序离场。</w:t>
      </w:r>
    </w:p>
    <w:p>
      <w:r>
        <w:t>三、提前规划赴考路线</w:t>
      </w:r>
    </w:p>
    <w:p>
      <w:r>
        <w:t>考生在考前要留意天气状况，熟悉赴考交通路线，留足赴考时间，绿色出行，按时赴考。</w:t>
      </w:r>
    </w:p>
    <w:p>
      <w:r>
        <w:t>四、其他事项</w:t>
      </w:r>
    </w:p>
    <w:p>
      <w:r>
        <w:t>参加操作技能考试的考生可根据实际操作科目需要，携带考试规定的考试用具进入考场。</w:t>
      </w:r>
    </w:p>
    <w:p>
      <w:r>
        <w:t>最后，祝各位考生考试平安顺利，取得理想成绩！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9087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