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https://szeb.sz.gov.cn/szzkw/zkcx/zxks/zkzy/bkcc/content/post_8949105.html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f443d450877dc453e866518240aef2c4e414ec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f443d450877dc453e866518240aef2c4e414ec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05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