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https://szeb.sz.gov.cn/szzkw/zkcx/zxks/zkzy/bkcc/content/post_8949058.html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e13fca7a02fb595141693a69868ab33484784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e13fca7a02fb595141693a69868ab33484784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5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