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关于2015年成人高校招收专升本考生专科毕业证验证方式的紧急通知</w:t>
      </w:r>
    </w:p>
    <w:p>
      <w:r>
        <w:rPr>
          <w:sz w:val="18"/>
        </w:rPr>
        <w:t>整理归属  广东省教育考试院</w:t>
      </w:r>
    </w:p>
    <w:p>
      <w:r>
        <w:rPr>
          <w:sz w:val="18"/>
        </w:rPr>
        <w:t>发布日期  2015-09-09</w:t>
      </w:r>
    </w:p>
    <w:p>
      <w:r>
        <w:rPr>
          <w:sz w:val="18"/>
        </w:rPr>
        <w:t>来源  粤招办成〔2015〕3号</w:t>
      </w:r>
    </w:p>
    <w:p>
      <w:r>
        <w:rPr>
          <w:sz w:val="18"/>
        </w:rPr>
        <w:t>栏目  通知公告</w:t>
      </w:r>
    </w:p>
    <w:p>
      <w:r>
        <w:rPr>
          <w:sz w:val="18"/>
        </w:rPr>
        <w:t>存档日期  2026-10-27</w:t>
      </w:r>
    </w:p>
    <w:p>
      <w:r>
        <w:t xml:space="preserve">原文链接  </w:t>
      </w:r>
      <w:hyperlink r:id="rId10">
        <w:r>
          <w:rPr>
            <w:color w:val="18548A"/>
          </w:rPr>
          <w:t>https://eea.gd.gov.cn/tzgg/content/post_2217520.html</w:t>
        </w:r>
      </w:hyperlink>
    </w:p>
    <w:p/>
    <w:p>
      <w:r>
        <w:t>各地级以上市及顺德区招生办公室（考试中心），各成人高等学校，各报名点：</w:t>
      </w:r>
    </w:p>
    <w:p>
      <w:r>
        <w:t>根据中国高等教育学历证书查询方式的变化，现将2015年成人高校招收专升本考生专科毕业验证方式的有关事项通知如下：</w:t>
      </w:r>
    </w:p>
    <w:p>
      <w:r>
        <w:t>一、停止发送短信020到中国移动、发送1020到中国联通获取查询码的验证方式。</w:t>
      </w:r>
    </w:p>
    <w:p>
      <w:r>
        <w:t>二、加强报考考生人、证相关信息的校验，确保专升本考生的毕业证验证准确无误。今年我省成人高考报考专升本考生毕业证初步验证由各地级市招生办指导报名点做好相关工作，各地级市招生办根据实际情况可采用简便方式进行初步校验，但专升本考生到报名现场确认时，报名点工作人员必须认真核对相关信息，主要包括：</w:t>
      </w:r>
    </w:p>
    <w:p>
      <w:r>
        <w:t>1.考生本人、身份证、毕业证的相片是否同一人；</w:t>
      </w:r>
    </w:p>
    <w:p>
      <w:r>
        <w:t>2.报名系统中考生录入的毕业证号码、身份证号码等信息是否与专科毕业证、身份证原件的相关信息一致；</w:t>
      </w:r>
    </w:p>
    <w:p>
      <w:r>
        <w:t>如果考生毕业时间在2002年前或部队院校毕业的，则须书面通知考生到广东省高等学校毕业生就业指导中心学历鉴定部进行学历验证，并将验证结果在11月15日前提交各地级市招生办公室，过期未提交验证结果并因此影响考生本人录取的，不再予以补录。</w:t>
      </w:r>
    </w:p>
    <w:p>
      <w:r>
        <w:t>三、正式报名结束后，省教育考试院将统一组织对报考专升本考生毕业证信息复核校验,并将校验结果在10月中旬反馈各地级市招办。各地级市招办须及时以短信或电话方式将有疑问或不合格考生的验证结果告知相关考生。如考生对验证结果有疑义，考生可到广东省高等学校毕业生就业指导中心学历鉴定部进行学历验证，各地级市招生办必须在11月15日前收集该类考生学历验证报告并在11月25日前将学历验证结果置入成人高考报名系统。逾期不提交学历验证报告者将作自动放弃2015年成人高考录取资格处理。</w:t>
      </w:r>
    </w:p>
    <w:p>
      <w:r>
        <w:t>请各地级市招办通知各报名点，考生现场确认时必须核对系统填报手机号码是否考生本人手机号码，并提醒考生在成人高考考试前必须保持通讯畅通。</w:t>
      </w:r>
    </w:p>
    <w:p>
      <w:r>
        <w:t xml:space="preserve">广东省招生委员会办公室 </w:t>
      </w:r>
    </w:p>
    <w:p>
      <w:r>
        <w:t>2015年9月9日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752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